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49E5A" w14:textId="77777777" w:rsidR="005906A7" w:rsidRDefault="00E00710">
      <w:pPr>
        <w:pStyle w:val="Title"/>
        <w:jc w:val="center"/>
      </w:pPr>
      <w:r>
        <w:t>Volunteer Application Form</w:t>
      </w:r>
    </w:p>
    <w:p w14:paraId="4ECE0256" w14:textId="77777777" w:rsidR="005906A7" w:rsidRDefault="00E00710">
      <w:pPr>
        <w:jc w:val="center"/>
      </w:pPr>
      <w:r>
        <w:rPr>
          <w:b/>
          <w:color w:val="5B2C83"/>
          <w:sz w:val="24"/>
        </w:rPr>
        <w:t>Aspire. Achieve. Together.</w:t>
      </w:r>
    </w:p>
    <w:tbl>
      <w:tblPr>
        <w:tblW w:w="0" w:type="auto"/>
        <w:tblLook w:val="04A0" w:firstRow="1" w:lastRow="0" w:firstColumn="1" w:lastColumn="0" w:noHBand="0" w:noVBand="1"/>
      </w:tblPr>
      <w:tblGrid>
        <w:gridCol w:w="10224"/>
      </w:tblGrid>
      <w:tr w:rsidR="005906A7" w14:paraId="5E5457C2" w14:textId="77777777">
        <w:tc>
          <w:tcPr>
            <w:tcW w:w="10224" w:type="dxa"/>
            <w:shd w:val="clear" w:color="auto" w:fill="F1EAF6"/>
            <w:tcMar>
              <w:top w:w="90" w:type="dxa"/>
              <w:left w:w="100" w:type="dxa"/>
              <w:bottom w:w="90" w:type="dxa"/>
              <w:right w:w="100" w:type="dxa"/>
            </w:tcMar>
            <w:vAlign w:val="center"/>
          </w:tcPr>
          <w:p w14:paraId="403C1F1F" w14:textId="77777777" w:rsidR="005906A7" w:rsidRDefault="00E00710">
            <w:pPr>
              <w:spacing w:after="0"/>
            </w:pPr>
            <w:r>
              <w:t>Thank you for your interest in volunteering with Amethyst Academies Trust. Please complete all relevant sections in full. Information supplied will be treated confidentially and used to assess your suitability for the volunteer role.</w:t>
            </w:r>
          </w:p>
        </w:tc>
      </w:tr>
    </w:tbl>
    <w:p w14:paraId="672A6659" w14:textId="77777777" w:rsidR="005906A7" w:rsidRDefault="005906A7"/>
    <w:tbl>
      <w:tblPr>
        <w:tblW w:w="0" w:type="auto"/>
        <w:tblLayout w:type="fixed"/>
        <w:tblLook w:val="04A0" w:firstRow="1" w:lastRow="0" w:firstColumn="1" w:lastColumn="0" w:noHBand="0" w:noVBand="1"/>
      </w:tblPr>
      <w:tblGrid>
        <w:gridCol w:w="3096"/>
        <w:gridCol w:w="6623"/>
      </w:tblGrid>
      <w:tr w:rsidR="005906A7" w14:paraId="7A97FAD6" w14:textId="77777777">
        <w:trPr>
          <w:cantSplit/>
        </w:trPr>
        <w:tc>
          <w:tcPr>
            <w:tcW w:w="3096" w:type="dxa"/>
            <w:shd w:val="clear" w:color="auto" w:fill="F1EAF6"/>
            <w:tcMar>
              <w:top w:w="90" w:type="dxa"/>
              <w:left w:w="100" w:type="dxa"/>
              <w:bottom w:w="90" w:type="dxa"/>
              <w:right w:w="100" w:type="dxa"/>
            </w:tcMar>
            <w:vAlign w:val="center"/>
          </w:tcPr>
          <w:p w14:paraId="060736EA" w14:textId="77777777" w:rsidR="005906A7" w:rsidRDefault="00E00710">
            <w:pPr>
              <w:spacing w:after="0"/>
            </w:pPr>
            <w:r>
              <w:rPr>
                <w:b/>
                <w:sz w:val="18"/>
              </w:rPr>
              <w:t>School / academy applied to</w:t>
            </w:r>
          </w:p>
        </w:tc>
        <w:tc>
          <w:tcPr>
            <w:tcW w:w="6623" w:type="dxa"/>
            <w:tcMar>
              <w:top w:w="90" w:type="dxa"/>
              <w:left w:w="100" w:type="dxa"/>
              <w:bottom w:w="90" w:type="dxa"/>
              <w:right w:w="100" w:type="dxa"/>
            </w:tcMar>
            <w:vAlign w:val="center"/>
          </w:tcPr>
          <w:p w14:paraId="29D6B04F" w14:textId="77777777" w:rsidR="005906A7" w:rsidRDefault="00E00710">
            <w:pPr>
              <w:spacing w:after="0"/>
            </w:pPr>
            <w:r>
              <w:rPr>
                <w:sz w:val="18"/>
              </w:rPr>
              <w:t xml:space="preserve"> </w:t>
            </w:r>
          </w:p>
        </w:tc>
      </w:tr>
      <w:tr w:rsidR="005906A7" w14:paraId="4A379DDF" w14:textId="77777777">
        <w:trPr>
          <w:cantSplit/>
        </w:trPr>
        <w:tc>
          <w:tcPr>
            <w:tcW w:w="3096" w:type="dxa"/>
            <w:shd w:val="clear" w:color="auto" w:fill="F1EAF6"/>
            <w:tcMar>
              <w:top w:w="90" w:type="dxa"/>
              <w:left w:w="100" w:type="dxa"/>
              <w:bottom w:w="90" w:type="dxa"/>
              <w:right w:w="100" w:type="dxa"/>
            </w:tcMar>
            <w:vAlign w:val="center"/>
          </w:tcPr>
          <w:p w14:paraId="2B848A62" w14:textId="77777777" w:rsidR="005906A7" w:rsidRDefault="00E00710">
            <w:pPr>
              <w:spacing w:after="0"/>
            </w:pPr>
            <w:r>
              <w:rPr>
                <w:b/>
                <w:sz w:val="18"/>
              </w:rPr>
              <w:t>Volunteer role / area of interest</w:t>
            </w:r>
          </w:p>
        </w:tc>
        <w:tc>
          <w:tcPr>
            <w:tcW w:w="6623" w:type="dxa"/>
            <w:tcMar>
              <w:top w:w="90" w:type="dxa"/>
              <w:left w:w="100" w:type="dxa"/>
              <w:bottom w:w="90" w:type="dxa"/>
              <w:right w:w="100" w:type="dxa"/>
            </w:tcMar>
            <w:vAlign w:val="center"/>
          </w:tcPr>
          <w:p w14:paraId="0A6959E7" w14:textId="77777777" w:rsidR="005906A7" w:rsidRDefault="00E00710">
            <w:pPr>
              <w:spacing w:after="0"/>
            </w:pPr>
            <w:r>
              <w:rPr>
                <w:sz w:val="18"/>
              </w:rPr>
              <w:t xml:space="preserve"> </w:t>
            </w:r>
          </w:p>
        </w:tc>
      </w:tr>
      <w:tr w:rsidR="005906A7" w14:paraId="78F082A5" w14:textId="77777777">
        <w:trPr>
          <w:cantSplit/>
        </w:trPr>
        <w:tc>
          <w:tcPr>
            <w:tcW w:w="3096" w:type="dxa"/>
            <w:shd w:val="clear" w:color="auto" w:fill="F1EAF6"/>
            <w:tcMar>
              <w:top w:w="90" w:type="dxa"/>
              <w:left w:w="100" w:type="dxa"/>
              <w:bottom w:w="90" w:type="dxa"/>
              <w:right w:w="100" w:type="dxa"/>
            </w:tcMar>
            <w:vAlign w:val="center"/>
          </w:tcPr>
          <w:p w14:paraId="2EFEAFB7" w14:textId="77777777" w:rsidR="005906A7" w:rsidRDefault="00E00710">
            <w:pPr>
              <w:spacing w:after="0"/>
            </w:pPr>
            <w:r>
              <w:rPr>
                <w:b/>
                <w:sz w:val="18"/>
              </w:rPr>
              <w:t>Preferred start date</w:t>
            </w:r>
          </w:p>
        </w:tc>
        <w:tc>
          <w:tcPr>
            <w:tcW w:w="6623" w:type="dxa"/>
            <w:tcMar>
              <w:top w:w="90" w:type="dxa"/>
              <w:left w:w="100" w:type="dxa"/>
              <w:bottom w:w="90" w:type="dxa"/>
              <w:right w:w="100" w:type="dxa"/>
            </w:tcMar>
            <w:vAlign w:val="center"/>
          </w:tcPr>
          <w:p w14:paraId="100C5B58" w14:textId="77777777" w:rsidR="005906A7" w:rsidRDefault="00E00710">
            <w:pPr>
              <w:spacing w:after="0"/>
            </w:pPr>
            <w:r>
              <w:rPr>
                <w:sz w:val="18"/>
              </w:rPr>
              <w:t xml:space="preserve"> </w:t>
            </w:r>
          </w:p>
        </w:tc>
      </w:tr>
      <w:tr w:rsidR="005906A7" w14:paraId="63D3404A" w14:textId="77777777">
        <w:trPr>
          <w:cantSplit/>
        </w:trPr>
        <w:tc>
          <w:tcPr>
            <w:tcW w:w="3096" w:type="dxa"/>
            <w:shd w:val="clear" w:color="auto" w:fill="F1EAF6"/>
            <w:tcMar>
              <w:top w:w="90" w:type="dxa"/>
              <w:left w:w="100" w:type="dxa"/>
              <w:bottom w:w="90" w:type="dxa"/>
              <w:right w:w="100" w:type="dxa"/>
            </w:tcMar>
            <w:vAlign w:val="center"/>
          </w:tcPr>
          <w:p w14:paraId="6C27FAD4" w14:textId="77777777" w:rsidR="005906A7" w:rsidRDefault="00E00710">
            <w:pPr>
              <w:spacing w:after="0"/>
            </w:pPr>
            <w:r>
              <w:rPr>
                <w:b/>
                <w:sz w:val="18"/>
              </w:rPr>
              <w:t>How did you hear about this opportunity?</w:t>
            </w:r>
          </w:p>
        </w:tc>
        <w:tc>
          <w:tcPr>
            <w:tcW w:w="6623" w:type="dxa"/>
            <w:tcMar>
              <w:top w:w="90" w:type="dxa"/>
              <w:left w:w="100" w:type="dxa"/>
              <w:bottom w:w="90" w:type="dxa"/>
              <w:right w:w="100" w:type="dxa"/>
            </w:tcMar>
            <w:vAlign w:val="center"/>
          </w:tcPr>
          <w:p w14:paraId="12F40E89" w14:textId="77777777" w:rsidR="005906A7" w:rsidRDefault="00E00710">
            <w:pPr>
              <w:spacing w:after="0"/>
            </w:pPr>
            <w:r>
              <w:rPr>
                <w:sz w:val="18"/>
              </w:rPr>
              <w:t xml:space="preserve"> </w:t>
            </w:r>
          </w:p>
        </w:tc>
      </w:tr>
    </w:tbl>
    <w:p w14:paraId="0A37501D" w14:textId="77777777" w:rsidR="005906A7" w:rsidRDefault="005906A7">
      <w:pPr>
        <w:spacing w:after="0"/>
      </w:pPr>
    </w:p>
    <w:tbl>
      <w:tblPr>
        <w:tblW w:w="0" w:type="auto"/>
        <w:tblLayout w:type="fixed"/>
        <w:tblLook w:val="04A0" w:firstRow="1" w:lastRow="0" w:firstColumn="1" w:lastColumn="0" w:noHBand="0" w:noVBand="1"/>
      </w:tblPr>
      <w:tblGrid>
        <w:gridCol w:w="10224"/>
      </w:tblGrid>
      <w:tr w:rsidR="005906A7" w14:paraId="3AC0649B" w14:textId="77777777">
        <w:tc>
          <w:tcPr>
            <w:tcW w:w="10224" w:type="dxa"/>
            <w:shd w:val="clear" w:color="auto" w:fill="5B2C83"/>
            <w:tcMar>
              <w:top w:w="90" w:type="dxa"/>
              <w:left w:w="100" w:type="dxa"/>
              <w:bottom w:w="90" w:type="dxa"/>
              <w:right w:w="100" w:type="dxa"/>
            </w:tcMar>
            <w:vAlign w:val="center"/>
          </w:tcPr>
          <w:p w14:paraId="6B10DAC6" w14:textId="77777777" w:rsidR="005906A7" w:rsidRDefault="00E00710">
            <w:pPr>
              <w:spacing w:after="0"/>
            </w:pPr>
            <w:r>
              <w:rPr>
                <w:b/>
                <w:color w:val="FFFFFF"/>
                <w:sz w:val="24"/>
              </w:rPr>
              <w:t>1. Personal details</w:t>
            </w:r>
          </w:p>
        </w:tc>
      </w:tr>
    </w:tbl>
    <w:p w14:paraId="5DAB6C7B" w14:textId="77777777" w:rsidR="005906A7" w:rsidRDefault="005906A7">
      <w:pPr>
        <w:spacing w:after="0"/>
      </w:pPr>
    </w:p>
    <w:tbl>
      <w:tblPr>
        <w:tblW w:w="0" w:type="auto"/>
        <w:tblLayout w:type="fixed"/>
        <w:tblLook w:val="04A0" w:firstRow="1" w:lastRow="0" w:firstColumn="1" w:lastColumn="0" w:noHBand="0" w:noVBand="1"/>
      </w:tblPr>
      <w:tblGrid>
        <w:gridCol w:w="3096"/>
        <w:gridCol w:w="6623"/>
      </w:tblGrid>
      <w:tr w:rsidR="005906A7" w14:paraId="68CAE2C9" w14:textId="77777777">
        <w:trPr>
          <w:cantSplit/>
        </w:trPr>
        <w:tc>
          <w:tcPr>
            <w:tcW w:w="3096" w:type="dxa"/>
            <w:shd w:val="clear" w:color="auto" w:fill="F1EAF6"/>
            <w:tcMar>
              <w:top w:w="90" w:type="dxa"/>
              <w:left w:w="100" w:type="dxa"/>
              <w:bottom w:w="90" w:type="dxa"/>
              <w:right w:w="100" w:type="dxa"/>
            </w:tcMar>
            <w:vAlign w:val="center"/>
          </w:tcPr>
          <w:p w14:paraId="59AD10AE" w14:textId="77777777" w:rsidR="005906A7" w:rsidRDefault="00E00710">
            <w:pPr>
              <w:spacing w:after="0"/>
            </w:pPr>
            <w:r>
              <w:rPr>
                <w:b/>
                <w:sz w:val="18"/>
              </w:rPr>
              <w:t>Title</w:t>
            </w:r>
          </w:p>
        </w:tc>
        <w:tc>
          <w:tcPr>
            <w:tcW w:w="6623" w:type="dxa"/>
            <w:tcMar>
              <w:top w:w="90" w:type="dxa"/>
              <w:left w:w="100" w:type="dxa"/>
              <w:bottom w:w="90" w:type="dxa"/>
              <w:right w:w="100" w:type="dxa"/>
            </w:tcMar>
            <w:vAlign w:val="center"/>
          </w:tcPr>
          <w:p w14:paraId="608DEACE" w14:textId="77777777" w:rsidR="005906A7" w:rsidRDefault="00E00710">
            <w:pPr>
              <w:spacing w:after="0"/>
            </w:pPr>
            <w:r>
              <w:rPr>
                <w:sz w:val="18"/>
              </w:rPr>
              <w:t xml:space="preserve"> </w:t>
            </w:r>
          </w:p>
        </w:tc>
      </w:tr>
      <w:tr w:rsidR="005906A7" w14:paraId="2C63532D" w14:textId="77777777">
        <w:trPr>
          <w:cantSplit/>
        </w:trPr>
        <w:tc>
          <w:tcPr>
            <w:tcW w:w="3096" w:type="dxa"/>
            <w:shd w:val="clear" w:color="auto" w:fill="F1EAF6"/>
            <w:tcMar>
              <w:top w:w="90" w:type="dxa"/>
              <w:left w:w="100" w:type="dxa"/>
              <w:bottom w:w="90" w:type="dxa"/>
              <w:right w:w="100" w:type="dxa"/>
            </w:tcMar>
            <w:vAlign w:val="center"/>
          </w:tcPr>
          <w:p w14:paraId="66C95A1A" w14:textId="77777777" w:rsidR="005906A7" w:rsidRDefault="00E00710">
            <w:pPr>
              <w:spacing w:after="0"/>
            </w:pPr>
            <w:r>
              <w:rPr>
                <w:b/>
                <w:sz w:val="18"/>
              </w:rPr>
              <w:t>Full name</w:t>
            </w:r>
          </w:p>
        </w:tc>
        <w:tc>
          <w:tcPr>
            <w:tcW w:w="6623" w:type="dxa"/>
            <w:tcMar>
              <w:top w:w="90" w:type="dxa"/>
              <w:left w:w="100" w:type="dxa"/>
              <w:bottom w:w="90" w:type="dxa"/>
              <w:right w:w="100" w:type="dxa"/>
            </w:tcMar>
            <w:vAlign w:val="center"/>
          </w:tcPr>
          <w:p w14:paraId="2BAC6FC9" w14:textId="77777777" w:rsidR="005906A7" w:rsidRDefault="00E00710">
            <w:pPr>
              <w:spacing w:after="0"/>
            </w:pPr>
            <w:r>
              <w:rPr>
                <w:sz w:val="18"/>
              </w:rPr>
              <w:t xml:space="preserve"> </w:t>
            </w:r>
          </w:p>
        </w:tc>
      </w:tr>
      <w:tr w:rsidR="005906A7" w14:paraId="0F32CB1D" w14:textId="77777777">
        <w:trPr>
          <w:cantSplit/>
        </w:trPr>
        <w:tc>
          <w:tcPr>
            <w:tcW w:w="3096" w:type="dxa"/>
            <w:shd w:val="clear" w:color="auto" w:fill="F1EAF6"/>
            <w:tcMar>
              <w:top w:w="90" w:type="dxa"/>
              <w:left w:w="100" w:type="dxa"/>
              <w:bottom w:w="90" w:type="dxa"/>
              <w:right w:w="100" w:type="dxa"/>
            </w:tcMar>
            <w:vAlign w:val="center"/>
          </w:tcPr>
          <w:p w14:paraId="32776544" w14:textId="77777777" w:rsidR="005906A7" w:rsidRDefault="00E00710">
            <w:pPr>
              <w:spacing w:after="0"/>
            </w:pPr>
            <w:r>
              <w:rPr>
                <w:b/>
                <w:sz w:val="18"/>
              </w:rPr>
              <w:t>Previous names</w:t>
            </w:r>
          </w:p>
        </w:tc>
        <w:tc>
          <w:tcPr>
            <w:tcW w:w="6623" w:type="dxa"/>
            <w:tcMar>
              <w:top w:w="90" w:type="dxa"/>
              <w:left w:w="100" w:type="dxa"/>
              <w:bottom w:w="90" w:type="dxa"/>
              <w:right w:w="100" w:type="dxa"/>
            </w:tcMar>
            <w:vAlign w:val="center"/>
          </w:tcPr>
          <w:p w14:paraId="156A6281" w14:textId="77777777" w:rsidR="005906A7" w:rsidRDefault="00E00710">
            <w:pPr>
              <w:spacing w:after="0"/>
            </w:pPr>
            <w:r>
              <w:rPr>
                <w:sz w:val="18"/>
              </w:rPr>
              <w:t xml:space="preserve"> </w:t>
            </w:r>
          </w:p>
        </w:tc>
      </w:tr>
      <w:tr w:rsidR="005906A7" w14:paraId="76D9D7AF" w14:textId="77777777">
        <w:trPr>
          <w:cantSplit/>
        </w:trPr>
        <w:tc>
          <w:tcPr>
            <w:tcW w:w="3096" w:type="dxa"/>
            <w:shd w:val="clear" w:color="auto" w:fill="F1EAF6"/>
            <w:tcMar>
              <w:top w:w="90" w:type="dxa"/>
              <w:left w:w="100" w:type="dxa"/>
              <w:bottom w:w="90" w:type="dxa"/>
              <w:right w:w="100" w:type="dxa"/>
            </w:tcMar>
            <w:vAlign w:val="center"/>
          </w:tcPr>
          <w:p w14:paraId="7EFECB71" w14:textId="77777777" w:rsidR="005906A7" w:rsidRDefault="00E00710">
            <w:pPr>
              <w:spacing w:after="0"/>
            </w:pPr>
            <w:r>
              <w:rPr>
                <w:b/>
                <w:sz w:val="18"/>
              </w:rPr>
              <w:t>Home address</w:t>
            </w:r>
          </w:p>
        </w:tc>
        <w:tc>
          <w:tcPr>
            <w:tcW w:w="6623" w:type="dxa"/>
            <w:tcMar>
              <w:top w:w="90" w:type="dxa"/>
              <w:left w:w="100" w:type="dxa"/>
              <w:bottom w:w="90" w:type="dxa"/>
              <w:right w:w="100" w:type="dxa"/>
            </w:tcMar>
            <w:vAlign w:val="center"/>
          </w:tcPr>
          <w:p w14:paraId="02EB378F" w14:textId="77777777" w:rsidR="005906A7" w:rsidRDefault="00E00710">
            <w:pPr>
              <w:spacing w:after="0" w:line="288" w:lineRule="auto"/>
            </w:pPr>
            <w:r>
              <w:rPr>
                <w:sz w:val="18"/>
              </w:rPr>
              <w:br/>
            </w:r>
            <w:r>
              <w:rPr>
                <w:sz w:val="18"/>
              </w:rPr>
              <w:br/>
            </w:r>
          </w:p>
        </w:tc>
      </w:tr>
      <w:tr w:rsidR="005906A7" w14:paraId="4486FC47" w14:textId="77777777">
        <w:trPr>
          <w:cantSplit/>
        </w:trPr>
        <w:tc>
          <w:tcPr>
            <w:tcW w:w="3096" w:type="dxa"/>
            <w:shd w:val="clear" w:color="auto" w:fill="F1EAF6"/>
            <w:tcMar>
              <w:top w:w="90" w:type="dxa"/>
              <w:left w:w="100" w:type="dxa"/>
              <w:bottom w:w="90" w:type="dxa"/>
              <w:right w:w="100" w:type="dxa"/>
            </w:tcMar>
            <w:vAlign w:val="center"/>
          </w:tcPr>
          <w:p w14:paraId="2312CEE1" w14:textId="77777777" w:rsidR="005906A7" w:rsidRDefault="00E00710">
            <w:pPr>
              <w:spacing w:after="0"/>
            </w:pPr>
            <w:r>
              <w:rPr>
                <w:b/>
                <w:sz w:val="18"/>
              </w:rPr>
              <w:t>Postcode</w:t>
            </w:r>
          </w:p>
        </w:tc>
        <w:tc>
          <w:tcPr>
            <w:tcW w:w="6623" w:type="dxa"/>
            <w:tcMar>
              <w:top w:w="90" w:type="dxa"/>
              <w:left w:w="100" w:type="dxa"/>
              <w:bottom w:w="90" w:type="dxa"/>
              <w:right w:w="100" w:type="dxa"/>
            </w:tcMar>
            <w:vAlign w:val="center"/>
          </w:tcPr>
          <w:p w14:paraId="20876B09" w14:textId="77777777" w:rsidR="005906A7" w:rsidRDefault="00E00710">
            <w:pPr>
              <w:spacing w:after="0"/>
            </w:pPr>
            <w:r>
              <w:rPr>
                <w:sz w:val="18"/>
              </w:rPr>
              <w:t xml:space="preserve"> </w:t>
            </w:r>
          </w:p>
        </w:tc>
      </w:tr>
      <w:tr w:rsidR="005906A7" w14:paraId="5F116DB1" w14:textId="77777777">
        <w:trPr>
          <w:cantSplit/>
        </w:trPr>
        <w:tc>
          <w:tcPr>
            <w:tcW w:w="3096" w:type="dxa"/>
            <w:shd w:val="clear" w:color="auto" w:fill="F1EAF6"/>
            <w:tcMar>
              <w:top w:w="90" w:type="dxa"/>
              <w:left w:w="100" w:type="dxa"/>
              <w:bottom w:w="90" w:type="dxa"/>
              <w:right w:w="100" w:type="dxa"/>
            </w:tcMar>
            <w:vAlign w:val="center"/>
          </w:tcPr>
          <w:p w14:paraId="72AD11C8" w14:textId="77777777" w:rsidR="005906A7" w:rsidRDefault="00E00710">
            <w:pPr>
              <w:spacing w:after="0"/>
            </w:pPr>
            <w:r>
              <w:rPr>
                <w:b/>
                <w:sz w:val="18"/>
              </w:rPr>
              <w:t>Telephone number</w:t>
            </w:r>
          </w:p>
        </w:tc>
        <w:tc>
          <w:tcPr>
            <w:tcW w:w="6623" w:type="dxa"/>
            <w:tcMar>
              <w:top w:w="90" w:type="dxa"/>
              <w:left w:w="100" w:type="dxa"/>
              <w:bottom w:w="90" w:type="dxa"/>
              <w:right w:w="100" w:type="dxa"/>
            </w:tcMar>
            <w:vAlign w:val="center"/>
          </w:tcPr>
          <w:p w14:paraId="10146664" w14:textId="77777777" w:rsidR="005906A7" w:rsidRDefault="00E00710">
            <w:pPr>
              <w:spacing w:after="0"/>
            </w:pPr>
            <w:r>
              <w:rPr>
                <w:sz w:val="18"/>
              </w:rPr>
              <w:t xml:space="preserve"> </w:t>
            </w:r>
          </w:p>
        </w:tc>
      </w:tr>
      <w:tr w:rsidR="005906A7" w14:paraId="1C142319" w14:textId="77777777">
        <w:trPr>
          <w:cantSplit/>
        </w:trPr>
        <w:tc>
          <w:tcPr>
            <w:tcW w:w="3096" w:type="dxa"/>
            <w:shd w:val="clear" w:color="auto" w:fill="F1EAF6"/>
            <w:tcMar>
              <w:top w:w="90" w:type="dxa"/>
              <w:left w:w="100" w:type="dxa"/>
              <w:bottom w:w="90" w:type="dxa"/>
              <w:right w:w="100" w:type="dxa"/>
            </w:tcMar>
            <w:vAlign w:val="center"/>
          </w:tcPr>
          <w:p w14:paraId="58C6109E" w14:textId="77777777" w:rsidR="005906A7" w:rsidRDefault="00E00710">
            <w:pPr>
              <w:spacing w:after="0"/>
            </w:pPr>
            <w:r>
              <w:rPr>
                <w:b/>
                <w:sz w:val="18"/>
              </w:rPr>
              <w:t>Email address</w:t>
            </w:r>
          </w:p>
        </w:tc>
        <w:tc>
          <w:tcPr>
            <w:tcW w:w="6623" w:type="dxa"/>
            <w:tcMar>
              <w:top w:w="90" w:type="dxa"/>
              <w:left w:w="100" w:type="dxa"/>
              <w:bottom w:w="90" w:type="dxa"/>
              <w:right w:w="100" w:type="dxa"/>
            </w:tcMar>
            <w:vAlign w:val="center"/>
          </w:tcPr>
          <w:p w14:paraId="5B68B9CD" w14:textId="77777777" w:rsidR="005906A7" w:rsidRDefault="00E00710">
            <w:pPr>
              <w:spacing w:after="0"/>
            </w:pPr>
            <w:r>
              <w:rPr>
                <w:sz w:val="18"/>
              </w:rPr>
              <w:t xml:space="preserve"> </w:t>
            </w:r>
          </w:p>
        </w:tc>
      </w:tr>
      <w:tr w:rsidR="005906A7" w14:paraId="3B1A09D0" w14:textId="77777777">
        <w:trPr>
          <w:cantSplit/>
        </w:trPr>
        <w:tc>
          <w:tcPr>
            <w:tcW w:w="3096" w:type="dxa"/>
            <w:shd w:val="clear" w:color="auto" w:fill="F1EAF6"/>
            <w:tcMar>
              <w:top w:w="90" w:type="dxa"/>
              <w:left w:w="100" w:type="dxa"/>
              <w:bottom w:w="90" w:type="dxa"/>
              <w:right w:w="100" w:type="dxa"/>
            </w:tcMar>
            <w:vAlign w:val="center"/>
          </w:tcPr>
          <w:p w14:paraId="71FE70D7" w14:textId="77777777" w:rsidR="005906A7" w:rsidRDefault="00E00710">
            <w:pPr>
              <w:spacing w:after="0"/>
            </w:pPr>
            <w:r>
              <w:rPr>
                <w:b/>
                <w:sz w:val="18"/>
              </w:rPr>
              <w:t>Preferred method of contact</w:t>
            </w:r>
          </w:p>
        </w:tc>
        <w:tc>
          <w:tcPr>
            <w:tcW w:w="6623" w:type="dxa"/>
            <w:tcMar>
              <w:top w:w="90" w:type="dxa"/>
              <w:left w:w="100" w:type="dxa"/>
              <w:bottom w:w="90" w:type="dxa"/>
              <w:right w:w="100" w:type="dxa"/>
            </w:tcMar>
            <w:vAlign w:val="center"/>
          </w:tcPr>
          <w:p w14:paraId="472E0FED" w14:textId="5E9F324D" w:rsidR="005906A7" w:rsidRDefault="00DA6353">
            <w:pPr>
              <w:spacing w:after="0"/>
            </w:pPr>
            <w:sdt>
              <w:sdtPr>
                <w:rPr>
                  <w:sz w:val="18"/>
                </w:rPr>
                <w:alias w:val="Checkbox"/>
                <w:tag w:val="converted_empty_square_1790691659523"/>
                <w:id w:val="-2067640105"/>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Email     </w:t>
            </w:r>
            <w:sdt>
              <w:sdtPr>
                <w:rPr>
                  <w:sz w:val="18"/>
                </w:rPr>
                <w:alias w:val="Checkbox"/>
                <w:tag w:val="converted_empty_square_1790691659523"/>
                <w:id w:val="1664808361"/>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Telephone</w:t>
            </w:r>
          </w:p>
        </w:tc>
      </w:tr>
      <w:tr w:rsidR="005906A7" w14:paraId="0F98B4D4" w14:textId="77777777">
        <w:trPr>
          <w:cantSplit/>
        </w:trPr>
        <w:tc>
          <w:tcPr>
            <w:tcW w:w="3096" w:type="dxa"/>
            <w:shd w:val="clear" w:color="auto" w:fill="F1EAF6"/>
            <w:tcMar>
              <w:top w:w="90" w:type="dxa"/>
              <w:left w:w="100" w:type="dxa"/>
              <w:bottom w:w="90" w:type="dxa"/>
              <w:right w:w="100" w:type="dxa"/>
            </w:tcMar>
            <w:vAlign w:val="center"/>
          </w:tcPr>
          <w:p w14:paraId="10EFD9E2" w14:textId="77777777" w:rsidR="005906A7" w:rsidRDefault="00E00710">
            <w:pPr>
              <w:spacing w:after="0"/>
            </w:pPr>
            <w:r>
              <w:rPr>
                <w:b/>
                <w:sz w:val="18"/>
              </w:rPr>
              <w:t>Are you aged 18 or over?</w:t>
            </w:r>
          </w:p>
        </w:tc>
        <w:tc>
          <w:tcPr>
            <w:tcW w:w="6623" w:type="dxa"/>
            <w:tcMar>
              <w:top w:w="90" w:type="dxa"/>
              <w:left w:w="100" w:type="dxa"/>
              <w:bottom w:w="90" w:type="dxa"/>
              <w:right w:w="100" w:type="dxa"/>
            </w:tcMar>
            <w:vAlign w:val="center"/>
          </w:tcPr>
          <w:p w14:paraId="6CA59050" w14:textId="7F0E153D" w:rsidR="005906A7" w:rsidRDefault="00DA6353">
            <w:pPr>
              <w:spacing w:after="0"/>
            </w:pPr>
            <w:sdt>
              <w:sdtPr>
                <w:rPr>
                  <w:sz w:val="18"/>
                </w:rPr>
                <w:alias w:val="Checkbox"/>
                <w:tag w:val="converted_empty_square_1790691659523"/>
                <w:id w:val="-1802453786"/>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Yes     </w:t>
            </w:r>
            <w:sdt>
              <w:sdtPr>
                <w:rPr>
                  <w:sz w:val="18"/>
                </w:rPr>
                <w:alias w:val="Checkbox"/>
                <w:tag w:val="converted_empty_square_1790691659523"/>
                <w:id w:val="885685381"/>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No</w:t>
            </w:r>
          </w:p>
        </w:tc>
      </w:tr>
    </w:tbl>
    <w:p w14:paraId="6A05A809" w14:textId="77777777" w:rsidR="005906A7" w:rsidRDefault="005906A7">
      <w:pPr>
        <w:spacing w:after="0"/>
      </w:pPr>
    </w:p>
    <w:tbl>
      <w:tblPr>
        <w:tblW w:w="0" w:type="auto"/>
        <w:tblLayout w:type="fixed"/>
        <w:tblLook w:val="04A0" w:firstRow="1" w:lastRow="0" w:firstColumn="1" w:lastColumn="0" w:noHBand="0" w:noVBand="1"/>
      </w:tblPr>
      <w:tblGrid>
        <w:gridCol w:w="10224"/>
      </w:tblGrid>
      <w:tr w:rsidR="005906A7" w14:paraId="7E811AC5" w14:textId="77777777">
        <w:tc>
          <w:tcPr>
            <w:tcW w:w="10224" w:type="dxa"/>
            <w:shd w:val="clear" w:color="auto" w:fill="5B2C83"/>
            <w:tcMar>
              <w:top w:w="90" w:type="dxa"/>
              <w:left w:w="100" w:type="dxa"/>
              <w:bottom w:w="90" w:type="dxa"/>
              <w:right w:w="100" w:type="dxa"/>
            </w:tcMar>
            <w:vAlign w:val="center"/>
          </w:tcPr>
          <w:p w14:paraId="02114314" w14:textId="77777777" w:rsidR="005906A7" w:rsidRDefault="00E00710">
            <w:pPr>
              <w:spacing w:after="0"/>
            </w:pPr>
            <w:r>
              <w:rPr>
                <w:b/>
                <w:color w:val="FFFFFF"/>
                <w:sz w:val="24"/>
              </w:rPr>
              <w:t>2. Volunteering preferences and availability</w:t>
            </w:r>
          </w:p>
        </w:tc>
      </w:tr>
    </w:tbl>
    <w:p w14:paraId="5A39BBE3" w14:textId="77777777" w:rsidR="005906A7" w:rsidRDefault="005906A7">
      <w:pPr>
        <w:spacing w:after="0"/>
      </w:pPr>
    </w:p>
    <w:tbl>
      <w:tblPr>
        <w:tblW w:w="0" w:type="auto"/>
        <w:tblLayout w:type="fixed"/>
        <w:tblLook w:val="04A0" w:firstRow="1" w:lastRow="0" w:firstColumn="1" w:lastColumn="0" w:noHBand="0" w:noVBand="1"/>
      </w:tblPr>
      <w:tblGrid>
        <w:gridCol w:w="3096"/>
        <w:gridCol w:w="6623"/>
      </w:tblGrid>
      <w:tr w:rsidR="005906A7" w14:paraId="2D58404C" w14:textId="77777777">
        <w:trPr>
          <w:cantSplit/>
        </w:trPr>
        <w:tc>
          <w:tcPr>
            <w:tcW w:w="3096" w:type="dxa"/>
            <w:shd w:val="clear" w:color="auto" w:fill="F1EAF6"/>
            <w:tcMar>
              <w:top w:w="90" w:type="dxa"/>
              <w:left w:w="100" w:type="dxa"/>
              <w:bottom w:w="90" w:type="dxa"/>
              <w:right w:w="100" w:type="dxa"/>
            </w:tcMar>
            <w:vAlign w:val="center"/>
          </w:tcPr>
          <w:p w14:paraId="02E81D07" w14:textId="77777777" w:rsidR="005906A7" w:rsidRDefault="00E00710">
            <w:pPr>
              <w:spacing w:after="0"/>
            </w:pPr>
            <w:r>
              <w:rPr>
                <w:b/>
                <w:sz w:val="18"/>
              </w:rPr>
              <w:t>Why would you like to volunteer?</w:t>
            </w:r>
          </w:p>
        </w:tc>
        <w:tc>
          <w:tcPr>
            <w:tcW w:w="6623" w:type="dxa"/>
            <w:tcMar>
              <w:top w:w="90" w:type="dxa"/>
              <w:left w:w="100" w:type="dxa"/>
              <w:bottom w:w="90" w:type="dxa"/>
              <w:right w:w="100" w:type="dxa"/>
            </w:tcMar>
            <w:vAlign w:val="center"/>
          </w:tcPr>
          <w:p w14:paraId="41C8F396" w14:textId="77777777" w:rsidR="005906A7" w:rsidRDefault="00E00710">
            <w:pPr>
              <w:spacing w:after="0" w:line="288" w:lineRule="auto"/>
            </w:pPr>
            <w:r>
              <w:rPr>
                <w:sz w:val="18"/>
              </w:rPr>
              <w:br/>
            </w:r>
            <w:r>
              <w:rPr>
                <w:sz w:val="18"/>
              </w:rPr>
              <w:br/>
            </w:r>
            <w:r>
              <w:rPr>
                <w:sz w:val="18"/>
              </w:rPr>
              <w:br/>
            </w:r>
          </w:p>
        </w:tc>
      </w:tr>
      <w:tr w:rsidR="005906A7" w14:paraId="0FFA942F" w14:textId="77777777">
        <w:trPr>
          <w:cantSplit/>
        </w:trPr>
        <w:tc>
          <w:tcPr>
            <w:tcW w:w="3096" w:type="dxa"/>
            <w:shd w:val="clear" w:color="auto" w:fill="F1EAF6"/>
            <w:tcMar>
              <w:top w:w="90" w:type="dxa"/>
              <w:left w:w="100" w:type="dxa"/>
              <w:bottom w:w="90" w:type="dxa"/>
              <w:right w:w="100" w:type="dxa"/>
            </w:tcMar>
            <w:vAlign w:val="center"/>
          </w:tcPr>
          <w:p w14:paraId="57A5F457" w14:textId="77777777" w:rsidR="005906A7" w:rsidRDefault="00E00710">
            <w:pPr>
              <w:spacing w:after="0"/>
            </w:pPr>
            <w:r>
              <w:rPr>
                <w:b/>
                <w:sz w:val="18"/>
              </w:rPr>
              <w:t>Activities / age groups of interest</w:t>
            </w:r>
          </w:p>
        </w:tc>
        <w:tc>
          <w:tcPr>
            <w:tcW w:w="6623" w:type="dxa"/>
            <w:tcMar>
              <w:top w:w="90" w:type="dxa"/>
              <w:left w:w="100" w:type="dxa"/>
              <w:bottom w:w="90" w:type="dxa"/>
              <w:right w:w="100" w:type="dxa"/>
            </w:tcMar>
            <w:vAlign w:val="center"/>
          </w:tcPr>
          <w:p w14:paraId="72A3D3EC" w14:textId="77777777" w:rsidR="005906A7" w:rsidRDefault="00E00710">
            <w:pPr>
              <w:spacing w:after="0" w:line="288" w:lineRule="auto"/>
            </w:pPr>
            <w:r>
              <w:rPr>
                <w:sz w:val="18"/>
              </w:rPr>
              <w:br/>
            </w:r>
            <w:r>
              <w:rPr>
                <w:sz w:val="18"/>
              </w:rPr>
              <w:br/>
            </w:r>
          </w:p>
        </w:tc>
      </w:tr>
      <w:tr w:rsidR="005906A7" w14:paraId="5C89C3BE" w14:textId="77777777">
        <w:trPr>
          <w:cantSplit/>
        </w:trPr>
        <w:tc>
          <w:tcPr>
            <w:tcW w:w="3096" w:type="dxa"/>
            <w:shd w:val="clear" w:color="auto" w:fill="F1EAF6"/>
            <w:tcMar>
              <w:top w:w="90" w:type="dxa"/>
              <w:left w:w="100" w:type="dxa"/>
              <w:bottom w:w="90" w:type="dxa"/>
              <w:right w:w="100" w:type="dxa"/>
            </w:tcMar>
            <w:vAlign w:val="center"/>
          </w:tcPr>
          <w:p w14:paraId="14399721" w14:textId="77777777" w:rsidR="005906A7" w:rsidRDefault="00E00710">
            <w:pPr>
              <w:spacing w:after="0"/>
            </w:pPr>
            <w:r>
              <w:rPr>
                <w:b/>
                <w:sz w:val="18"/>
              </w:rPr>
              <w:t>Days available</w:t>
            </w:r>
          </w:p>
        </w:tc>
        <w:tc>
          <w:tcPr>
            <w:tcW w:w="6623" w:type="dxa"/>
            <w:tcMar>
              <w:top w:w="90" w:type="dxa"/>
              <w:left w:w="100" w:type="dxa"/>
              <w:bottom w:w="90" w:type="dxa"/>
              <w:right w:w="100" w:type="dxa"/>
            </w:tcMar>
            <w:vAlign w:val="center"/>
          </w:tcPr>
          <w:p w14:paraId="0F3B0EAB" w14:textId="0828CA3F" w:rsidR="005906A7" w:rsidRDefault="00DA6353">
            <w:pPr>
              <w:spacing w:after="0"/>
            </w:pPr>
            <w:sdt>
              <w:sdtPr>
                <w:rPr>
                  <w:sz w:val="18"/>
                </w:rPr>
                <w:alias w:val="Checkbox"/>
                <w:tag w:val="converted_empty_square_1790691659523"/>
                <w:id w:val="-891192751"/>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Monday   </w:t>
            </w:r>
            <w:sdt>
              <w:sdtPr>
                <w:rPr>
                  <w:sz w:val="18"/>
                </w:rPr>
                <w:alias w:val="Checkbox"/>
                <w:tag w:val="converted_empty_square_1790691659523"/>
                <w:id w:val="-1325509376"/>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Tuesday   </w:t>
            </w:r>
            <w:sdt>
              <w:sdtPr>
                <w:rPr>
                  <w:sz w:val="18"/>
                </w:rPr>
                <w:alias w:val="Checkbox"/>
                <w:tag w:val="converted_empty_square_1790691659523"/>
                <w:id w:val="1032853343"/>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Wednesday   </w:t>
            </w:r>
            <w:sdt>
              <w:sdtPr>
                <w:rPr>
                  <w:sz w:val="18"/>
                </w:rPr>
                <w:alias w:val="Checkbox"/>
                <w:tag w:val="converted_empty_square_1790691659523"/>
                <w:id w:val="308446211"/>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Thursday   </w:t>
            </w:r>
            <w:sdt>
              <w:sdtPr>
                <w:rPr>
                  <w:sz w:val="18"/>
                </w:rPr>
                <w:alias w:val="Checkbox"/>
                <w:tag w:val="converted_empty_square_1790691659523"/>
                <w:id w:val="1015505500"/>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Friday</w:t>
            </w:r>
          </w:p>
        </w:tc>
      </w:tr>
      <w:tr w:rsidR="005906A7" w14:paraId="4C94AB78" w14:textId="77777777">
        <w:trPr>
          <w:cantSplit/>
        </w:trPr>
        <w:tc>
          <w:tcPr>
            <w:tcW w:w="3096" w:type="dxa"/>
            <w:shd w:val="clear" w:color="auto" w:fill="F1EAF6"/>
            <w:tcMar>
              <w:top w:w="90" w:type="dxa"/>
              <w:left w:w="100" w:type="dxa"/>
              <w:bottom w:w="90" w:type="dxa"/>
              <w:right w:w="100" w:type="dxa"/>
            </w:tcMar>
            <w:vAlign w:val="center"/>
          </w:tcPr>
          <w:p w14:paraId="4ED35F09" w14:textId="77777777" w:rsidR="005906A7" w:rsidRDefault="00E00710">
            <w:pPr>
              <w:spacing w:after="0"/>
            </w:pPr>
            <w:r>
              <w:rPr>
                <w:b/>
                <w:sz w:val="18"/>
              </w:rPr>
              <w:lastRenderedPageBreak/>
              <w:t>Times available</w:t>
            </w:r>
          </w:p>
        </w:tc>
        <w:tc>
          <w:tcPr>
            <w:tcW w:w="6623" w:type="dxa"/>
            <w:tcMar>
              <w:top w:w="90" w:type="dxa"/>
              <w:left w:w="100" w:type="dxa"/>
              <w:bottom w:w="90" w:type="dxa"/>
              <w:right w:w="100" w:type="dxa"/>
            </w:tcMar>
            <w:vAlign w:val="center"/>
          </w:tcPr>
          <w:p w14:paraId="1B7172F4" w14:textId="77777777" w:rsidR="005906A7" w:rsidRDefault="00E00710">
            <w:pPr>
              <w:spacing w:after="0"/>
            </w:pPr>
            <w:r>
              <w:rPr>
                <w:sz w:val="18"/>
              </w:rPr>
              <w:t xml:space="preserve"> </w:t>
            </w:r>
          </w:p>
        </w:tc>
      </w:tr>
      <w:tr w:rsidR="005906A7" w14:paraId="5A4ABF52" w14:textId="77777777">
        <w:trPr>
          <w:cantSplit/>
        </w:trPr>
        <w:tc>
          <w:tcPr>
            <w:tcW w:w="3096" w:type="dxa"/>
            <w:shd w:val="clear" w:color="auto" w:fill="F1EAF6"/>
            <w:tcMar>
              <w:top w:w="90" w:type="dxa"/>
              <w:left w:w="100" w:type="dxa"/>
              <w:bottom w:w="90" w:type="dxa"/>
              <w:right w:w="100" w:type="dxa"/>
            </w:tcMar>
            <w:vAlign w:val="center"/>
          </w:tcPr>
          <w:p w14:paraId="3DE877D5" w14:textId="77777777" w:rsidR="005906A7" w:rsidRDefault="00E00710">
            <w:pPr>
              <w:spacing w:after="0"/>
            </w:pPr>
            <w:r>
              <w:rPr>
                <w:b/>
                <w:sz w:val="18"/>
              </w:rPr>
              <w:t>Frequency available</w:t>
            </w:r>
          </w:p>
        </w:tc>
        <w:tc>
          <w:tcPr>
            <w:tcW w:w="6623" w:type="dxa"/>
            <w:tcMar>
              <w:top w:w="90" w:type="dxa"/>
              <w:left w:w="100" w:type="dxa"/>
              <w:bottom w:w="90" w:type="dxa"/>
              <w:right w:w="100" w:type="dxa"/>
            </w:tcMar>
            <w:vAlign w:val="center"/>
          </w:tcPr>
          <w:p w14:paraId="6E82E16B" w14:textId="311695A6" w:rsidR="005906A7" w:rsidRDefault="00DA6353">
            <w:pPr>
              <w:spacing w:after="0"/>
            </w:pPr>
            <w:sdt>
              <w:sdtPr>
                <w:rPr>
                  <w:sz w:val="18"/>
                </w:rPr>
                <w:alias w:val="Checkbox"/>
                <w:tag w:val="converted_empty_square_1790691659523"/>
                <w:id w:val="1779909531"/>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One-off   </w:t>
            </w:r>
            <w:sdt>
              <w:sdtPr>
                <w:rPr>
                  <w:sz w:val="18"/>
                </w:rPr>
                <w:alias w:val="Checkbox"/>
                <w:tag w:val="converted_empty_square_1790691659523"/>
                <w:id w:val="-616135607"/>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Weekly   </w:t>
            </w:r>
            <w:sdt>
              <w:sdtPr>
                <w:rPr>
                  <w:sz w:val="18"/>
                </w:rPr>
                <w:alias w:val="Checkbox"/>
                <w:tag w:val="converted_empty_square_1790691659523"/>
                <w:id w:val="621432613"/>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Fortnightly   </w:t>
            </w:r>
            <w:sdt>
              <w:sdtPr>
                <w:rPr>
                  <w:sz w:val="18"/>
                </w:rPr>
                <w:alias w:val="Checkbox"/>
                <w:tag w:val="converted_empty_square_1790691659523"/>
                <w:id w:val="175153786"/>
                <w15:appearance w15:val="hidden"/>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sidR="00E00710">
              <w:rPr>
                <w:sz w:val="18"/>
              </w:rPr>
              <w:t xml:space="preserve"> Other: __________________</w:t>
            </w:r>
          </w:p>
        </w:tc>
      </w:tr>
      <w:tr w:rsidR="005906A7" w14:paraId="3545604D" w14:textId="77777777">
        <w:trPr>
          <w:cantSplit/>
        </w:trPr>
        <w:tc>
          <w:tcPr>
            <w:tcW w:w="3096" w:type="dxa"/>
            <w:shd w:val="clear" w:color="auto" w:fill="F1EAF6"/>
            <w:tcMar>
              <w:top w:w="90" w:type="dxa"/>
              <w:left w:w="100" w:type="dxa"/>
              <w:bottom w:w="90" w:type="dxa"/>
              <w:right w:w="100" w:type="dxa"/>
            </w:tcMar>
            <w:vAlign w:val="center"/>
          </w:tcPr>
          <w:p w14:paraId="63D378A2" w14:textId="77777777" w:rsidR="005906A7" w:rsidRDefault="00E00710">
            <w:pPr>
              <w:spacing w:after="0"/>
            </w:pPr>
            <w:r>
              <w:rPr>
                <w:b/>
                <w:sz w:val="18"/>
              </w:rPr>
              <w:t>How long can you commit?</w:t>
            </w:r>
          </w:p>
        </w:tc>
        <w:tc>
          <w:tcPr>
            <w:tcW w:w="6623" w:type="dxa"/>
            <w:tcMar>
              <w:top w:w="90" w:type="dxa"/>
              <w:left w:w="100" w:type="dxa"/>
              <w:bottom w:w="90" w:type="dxa"/>
              <w:right w:w="100" w:type="dxa"/>
            </w:tcMar>
            <w:vAlign w:val="center"/>
          </w:tcPr>
          <w:p w14:paraId="325CE300" w14:textId="77777777" w:rsidR="005906A7" w:rsidRDefault="00E00710">
            <w:pPr>
              <w:spacing w:after="0"/>
            </w:pPr>
            <w:r>
              <w:rPr>
                <w:sz w:val="18"/>
              </w:rPr>
              <w:t xml:space="preserve"> </w:t>
            </w:r>
          </w:p>
        </w:tc>
      </w:tr>
    </w:tbl>
    <w:p w14:paraId="0D0B940D" w14:textId="77777777" w:rsidR="005906A7" w:rsidRDefault="005906A7">
      <w:pPr>
        <w:spacing w:after="0"/>
      </w:pPr>
    </w:p>
    <w:p w14:paraId="0358143F" w14:textId="75B73AB2" w:rsidR="005906A7" w:rsidRDefault="00DA6353">
      <w:pPr>
        <w:spacing w:after="60"/>
      </w:pPr>
      <w:sdt>
        <w:sdtPr>
          <w:rPr>
            <w:rFonts w:ascii="DejaVu Sans" w:hAnsi="DejaVu Sans"/>
          </w:rPr>
          <w:alias w:val="Checkbox"/>
          <w:tag w:val="converted_empty_square_1790691659523"/>
          <w:id w:val="-181974879"/>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can attend reliably at the times agreed with the school.</w:t>
      </w:r>
    </w:p>
    <w:tbl>
      <w:tblPr>
        <w:tblW w:w="0" w:type="auto"/>
        <w:tblLayout w:type="fixed"/>
        <w:tblLook w:val="04A0" w:firstRow="1" w:lastRow="0" w:firstColumn="1" w:lastColumn="0" w:noHBand="0" w:noVBand="1"/>
      </w:tblPr>
      <w:tblGrid>
        <w:gridCol w:w="10224"/>
      </w:tblGrid>
      <w:tr w:rsidR="005906A7" w14:paraId="3F87F94E" w14:textId="77777777">
        <w:tc>
          <w:tcPr>
            <w:tcW w:w="10224" w:type="dxa"/>
            <w:shd w:val="clear" w:color="auto" w:fill="5B2C83"/>
            <w:tcMar>
              <w:top w:w="90" w:type="dxa"/>
              <w:left w:w="100" w:type="dxa"/>
              <w:bottom w:w="90" w:type="dxa"/>
              <w:right w:w="100" w:type="dxa"/>
            </w:tcMar>
            <w:vAlign w:val="center"/>
          </w:tcPr>
          <w:p w14:paraId="6B133AEB" w14:textId="77777777" w:rsidR="005906A7" w:rsidRDefault="00E00710">
            <w:pPr>
              <w:spacing w:after="0"/>
            </w:pPr>
            <w:r>
              <w:rPr>
                <w:b/>
                <w:color w:val="FFFFFF"/>
                <w:sz w:val="24"/>
              </w:rPr>
              <w:t>3. Skills, experience and suitability</w:t>
            </w:r>
          </w:p>
        </w:tc>
      </w:tr>
    </w:tbl>
    <w:p w14:paraId="0E27B00A" w14:textId="77777777" w:rsidR="005906A7" w:rsidRDefault="005906A7">
      <w:pPr>
        <w:spacing w:after="0"/>
      </w:pPr>
    </w:p>
    <w:p w14:paraId="6FCBEB8A" w14:textId="77777777" w:rsidR="005906A7" w:rsidRDefault="00E00710">
      <w:pPr>
        <w:spacing w:after="80"/>
      </w:pPr>
      <w:r>
        <w:rPr>
          <w:b/>
        </w:rPr>
        <w:t>Please summarise any experience, skills, interests or qualifications relevant to the volunteer role, including experience of supporting children or young people.</w:t>
      </w:r>
    </w:p>
    <w:tbl>
      <w:tblPr>
        <w:tblW w:w="0" w:type="auto"/>
        <w:tblLook w:val="04A0" w:firstRow="1" w:lastRow="0" w:firstColumn="1" w:lastColumn="0" w:noHBand="0" w:noVBand="1"/>
      </w:tblPr>
      <w:tblGrid>
        <w:gridCol w:w="10224"/>
      </w:tblGrid>
      <w:tr w:rsidR="005906A7" w14:paraId="60061E4C" w14:textId="77777777">
        <w:tc>
          <w:tcPr>
            <w:tcW w:w="10224" w:type="dxa"/>
            <w:tcMar>
              <w:top w:w="100" w:type="dxa"/>
              <w:left w:w="100" w:type="dxa"/>
              <w:bottom w:w="100" w:type="dxa"/>
              <w:right w:w="100" w:type="dxa"/>
            </w:tcMar>
          </w:tcPr>
          <w:p w14:paraId="44EAFD9C" w14:textId="77777777" w:rsidR="005906A7" w:rsidRDefault="00E00710">
            <w:r>
              <w:br/>
            </w:r>
            <w:r>
              <w:br/>
            </w:r>
            <w:r>
              <w:br/>
            </w:r>
            <w:r>
              <w:br/>
            </w:r>
          </w:p>
        </w:tc>
      </w:tr>
    </w:tbl>
    <w:p w14:paraId="4B94D5A5" w14:textId="77777777" w:rsidR="005906A7" w:rsidRDefault="005906A7">
      <w:pPr>
        <w:spacing w:after="0"/>
      </w:pPr>
    </w:p>
    <w:p w14:paraId="64516475" w14:textId="77777777" w:rsidR="005906A7" w:rsidRDefault="00E00710">
      <w:pPr>
        <w:spacing w:after="80"/>
      </w:pPr>
      <w:r>
        <w:rPr>
          <w:b/>
        </w:rPr>
        <w:t>Please explain what you hope to contribute and what you would like to gain from volunteering.</w:t>
      </w:r>
    </w:p>
    <w:tbl>
      <w:tblPr>
        <w:tblW w:w="0" w:type="auto"/>
        <w:tblLook w:val="04A0" w:firstRow="1" w:lastRow="0" w:firstColumn="1" w:lastColumn="0" w:noHBand="0" w:noVBand="1"/>
      </w:tblPr>
      <w:tblGrid>
        <w:gridCol w:w="10224"/>
      </w:tblGrid>
      <w:tr w:rsidR="005906A7" w14:paraId="3DEEC669" w14:textId="77777777">
        <w:tc>
          <w:tcPr>
            <w:tcW w:w="10224" w:type="dxa"/>
            <w:tcMar>
              <w:top w:w="100" w:type="dxa"/>
              <w:left w:w="100" w:type="dxa"/>
              <w:bottom w:w="100" w:type="dxa"/>
              <w:right w:w="100" w:type="dxa"/>
            </w:tcMar>
          </w:tcPr>
          <w:p w14:paraId="3656B9AB" w14:textId="77777777" w:rsidR="005906A7" w:rsidRDefault="00E00710">
            <w:r>
              <w:br/>
            </w:r>
            <w:r>
              <w:br/>
            </w:r>
            <w:r>
              <w:br/>
            </w:r>
          </w:p>
        </w:tc>
      </w:tr>
    </w:tbl>
    <w:p w14:paraId="45FB0818" w14:textId="77777777" w:rsidR="005906A7" w:rsidRDefault="005906A7">
      <w:pPr>
        <w:spacing w:after="0"/>
      </w:pPr>
    </w:p>
    <w:p w14:paraId="521E1BC9" w14:textId="77777777" w:rsidR="005906A7" w:rsidRDefault="00E00710">
      <w:pPr>
        <w:spacing w:after="80"/>
      </w:pPr>
      <w:r>
        <w:rPr>
          <w:b/>
        </w:rPr>
        <w:t>Please note any communication or accessibility adjustments you would need during the application or induction process. (Optional)</w:t>
      </w:r>
    </w:p>
    <w:tbl>
      <w:tblPr>
        <w:tblW w:w="0" w:type="auto"/>
        <w:tblLook w:val="04A0" w:firstRow="1" w:lastRow="0" w:firstColumn="1" w:lastColumn="0" w:noHBand="0" w:noVBand="1"/>
      </w:tblPr>
      <w:tblGrid>
        <w:gridCol w:w="10224"/>
      </w:tblGrid>
      <w:tr w:rsidR="005906A7" w14:paraId="049F31CB" w14:textId="77777777">
        <w:tc>
          <w:tcPr>
            <w:tcW w:w="10224" w:type="dxa"/>
            <w:tcMar>
              <w:top w:w="100" w:type="dxa"/>
              <w:left w:w="100" w:type="dxa"/>
              <w:bottom w:w="100" w:type="dxa"/>
              <w:right w:w="100" w:type="dxa"/>
            </w:tcMar>
          </w:tcPr>
          <w:p w14:paraId="53128261" w14:textId="77777777" w:rsidR="005906A7" w:rsidRDefault="00E00710">
            <w:r>
              <w:br/>
            </w:r>
            <w:r>
              <w:br/>
            </w:r>
          </w:p>
        </w:tc>
      </w:tr>
    </w:tbl>
    <w:p w14:paraId="62486C05" w14:textId="77777777" w:rsidR="005906A7" w:rsidRDefault="005906A7">
      <w:pPr>
        <w:spacing w:after="0"/>
      </w:pPr>
    </w:p>
    <w:tbl>
      <w:tblPr>
        <w:tblW w:w="0" w:type="auto"/>
        <w:tblLayout w:type="fixed"/>
        <w:tblLook w:val="04A0" w:firstRow="1" w:lastRow="0" w:firstColumn="1" w:lastColumn="0" w:noHBand="0" w:noVBand="1"/>
      </w:tblPr>
      <w:tblGrid>
        <w:gridCol w:w="10224"/>
      </w:tblGrid>
      <w:tr w:rsidR="005906A7" w14:paraId="52CF251E" w14:textId="77777777">
        <w:tc>
          <w:tcPr>
            <w:tcW w:w="10224" w:type="dxa"/>
            <w:shd w:val="clear" w:color="auto" w:fill="5B2C83"/>
            <w:tcMar>
              <w:top w:w="90" w:type="dxa"/>
              <w:left w:w="100" w:type="dxa"/>
              <w:bottom w:w="90" w:type="dxa"/>
              <w:right w:w="100" w:type="dxa"/>
            </w:tcMar>
            <w:vAlign w:val="center"/>
          </w:tcPr>
          <w:p w14:paraId="2F25C97C" w14:textId="77777777" w:rsidR="005906A7" w:rsidRDefault="00E00710">
            <w:pPr>
              <w:spacing w:after="0"/>
            </w:pPr>
            <w:r>
              <w:rPr>
                <w:b/>
                <w:color w:val="FFFFFF"/>
                <w:sz w:val="24"/>
              </w:rPr>
              <w:t>4. Education, training and recent activity</w:t>
            </w:r>
          </w:p>
        </w:tc>
      </w:tr>
    </w:tbl>
    <w:p w14:paraId="4101652C" w14:textId="77777777" w:rsidR="005906A7" w:rsidRDefault="005906A7">
      <w:pPr>
        <w:spacing w:after="0"/>
      </w:pPr>
    </w:p>
    <w:p w14:paraId="45E83B4C" w14:textId="77777777" w:rsidR="005906A7" w:rsidRDefault="00E00710">
      <w:r>
        <w:t>Please give brief details relevant to the role. Continue on a separate sheet if needed.</w:t>
      </w:r>
    </w:p>
    <w:tbl>
      <w:tblPr>
        <w:tblW w:w="0" w:type="auto"/>
        <w:tblLayout w:type="fixed"/>
        <w:tblLook w:val="04A0" w:firstRow="1" w:lastRow="0" w:firstColumn="1" w:lastColumn="0" w:noHBand="0" w:noVBand="1"/>
      </w:tblPr>
      <w:tblGrid>
        <w:gridCol w:w="1584"/>
        <w:gridCol w:w="2880"/>
        <w:gridCol w:w="3671"/>
        <w:gridCol w:w="1584"/>
      </w:tblGrid>
      <w:tr w:rsidR="005906A7" w14:paraId="410128DB" w14:textId="77777777">
        <w:trPr>
          <w:tblHeader/>
        </w:trPr>
        <w:tc>
          <w:tcPr>
            <w:tcW w:w="1584" w:type="dxa"/>
            <w:shd w:val="clear" w:color="auto" w:fill="5B2C83"/>
            <w:tcMar>
              <w:top w:w="90" w:type="dxa"/>
              <w:left w:w="100" w:type="dxa"/>
              <w:bottom w:w="90" w:type="dxa"/>
              <w:right w:w="100" w:type="dxa"/>
            </w:tcMar>
            <w:vAlign w:val="center"/>
          </w:tcPr>
          <w:p w14:paraId="405005C2" w14:textId="77777777" w:rsidR="005906A7" w:rsidRDefault="00E00710">
            <w:pPr>
              <w:spacing w:after="0"/>
            </w:pPr>
            <w:r>
              <w:rPr>
                <w:b/>
                <w:color w:val="FFFFFF"/>
                <w:sz w:val="17"/>
              </w:rPr>
              <w:t>Dates</w:t>
            </w:r>
          </w:p>
        </w:tc>
        <w:tc>
          <w:tcPr>
            <w:tcW w:w="2880" w:type="dxa"/>
            <w:shd w:val="clear" w:color="auto" w:fill="5B2C83"/>
            <w:tcMar>
              <w:top w:w="90" w:type="dxa"/>
              <w:left w:w="100" w:type="dxa"/>
              <w:bottom w:w="90" w:type="dxa"/>
              <w:right w:w="100" w:type="dxa"/>
            </w:tcMar>
            <w:vAlign w:val="center"/>
          </w:tcPr>
          <w:p w14:paraId="7B496A1B" w14:textId="77777777" w:rsidR="005906A7" w:rsidRDefault="00E00710">
            <w:pPr>
              <w:spacing w:after="0"/>
            </w:pPr>
            <w:r>
              <w:rPr>
                <w:b/>
                <w:color w:val="FFFFFF"/>
                <w:sz w:val="17"/>
              </w:rPr>
              <w:t>School / organisation</w:t>
            </w:r>
          </w:p>
        </w:tc>
        <w:tc>
          <w:tcPr>
            <w:tcW w:w="3671" w:type="dxa"/>
            <w:shd w:val="clear" w:color="auto" w:fill="5B2C83"/>
            <w:tcMar>
              <w:top w:w="90" w:type="dxa"/>
              <w:left w:w="100" w:type="dxa"/>
              <w:bottom w:w="90" w:type="dxa"/>
              <w:right w:w="100" w:type="dxa"/>
            </w:tcMar>
            <w:vAlign w:val="center"/>
          </w:tcPr>
          <w:p w14:paraId="5605F0FD" w14:textId="77777777" w:rsidR="005906A7" w:rsidRDefault="00E00710">
            <w:pPr>
              <w:spacing w:after="0"/>
            </w:pPr>
            <w:r>
              <w:rPr>
                <w:b/>
                <w:color w:val="FFFFFF"/>
                <w:sz w:val="17"/>
              </w:rPr>
              <w:t>Course, qualification or training</w:t>
            </w:r>
          </w:p>
        </w:tc>
        <w:tc>
          <w:tcPr>
            <w:tcW w:w="1584" w:type="dxa"/>
            <w:shd w:val="clear" w:color="auto" w:fill="5B2C83"/>
            <w:tcMar>
              <w:top w:w="90" w:type="dxa"/>
              <w:left w:w="100" w:type="dxa"/>
              <w:bottom w:w="90" w:type="dxa"/>
              <w:right w:w="100" w:type="dxa"/>
            </w:tcMar>
            <w:vAlign w:val="center"/>
          </w:tcPr>
          <w:p w14:paraId="70DE9F48" w14:textId="77777777" w:rsidR="005906A7" w:rsidRDefault="00E00710">
            <w:pPr>
              <w:spacing w:after="0"/>
            </w:pPr>
            <w:r>
              <w:rPr>
                <w:b/>
                <w:color w:val="FFFFFF"/>
                <w:sz w:val="17"/>
              </w:rPr>
              <w:t>Outcome</w:t>
            </w:r>
          </w:p>
        </w:tc>
      </w:tr>
      <w:tr w:rsidR="005906A7" w14:paraId="4B99056E" w14:textId="77777777">
        <w:trPr>
          <w:cantSplit/>
        </w:trPr>
        <w:tc>
          <w:tcPr>
            <w:tcW w:w="1584" w:type="dxa"/>
            <w:tcMar>
              <w:top w:w="90" w:type="dxa"/>
              <w:left w:w="100" w:type="dxa"/>
              <w:bottom w:w="90" w:type="dxa"/>
              <w:right w:w="100" w:type="dxa"/>
            </w:tcMar>
            <w:vAlign w:val="center"/>
          </w:tcPr>
          <w:p w14:paraId="1299C43A" w14:textId="77777777" w:rsidR="005906A7" w:rsidRDefault="00E00710">
            <w:pPr>
              <w:spacing w:after="0"/>
            </w:pPr>
            <w:r>
              <w:rPr>
                <w:sz w:val="18"/>
              </w:rPr>
              <w:br/>
            </w:r>
          </w:p>
        </w:tc>
        <w:tc>
          <w:tcPr>
            <w:tcW w:w="2880" w:type="dxa"/>
            <w:tcMar>
              <w:top w:w="90" w:type="dxa"/>
              <w:left w:w="100" w:type="dxa"/>
              <w:bottom w:w="90" w:type="dxa"/>
              <w:right w:w="100" w:type="dxa"/>
            </w:tcMar>
            <w:vAlign w:val="center"/>
          </w:tcPr>
          <w:p w14:paraId="4DDBEF00" w14:textId="77777777" w:rsidR="005906A7" w:rsidRDefault="00E00710">
            <w:pPr>
              <w:spacing w:after="0"/>
            </w:pPr>
            <w:r>
              <w:rPr>
                <w:sz w:val="18"/>
              </w:rPr>
              <w:br/>
            </w:r>
          </w:p>
        </w:tc>
        <w:tc>
          <w:tcPr>
            <w:tcW w:w="3671" w:type="dxa"/>
            <w:tcMar>
              <w:top w:w="90" w:type="dxa"/>
              <w:left w:w="100" w:type="dxa"/>
              <w:bottom w:w="90" w:type="dxa"/>
              <w:right w:w="100" w:type="dxa"/>
            </w:tcMar>
            <w:vAlign w:val="center"/>
          </w:tcPr>
          <w:p w14:paraId="3461D779" w14:textId="77777777" w:rsidR="005906A7" w:rsidRDefault="00E00710">
            <w:pPr>
              <w:spacing w:after="0"/>
            </w:pPr>
            <w:r>
              <w:rPr>
                <w:sz w:val="18"/>
              </w:rPr>
              <w:br/>
            </w:r>
          </w:p>
        </w:tc>
        <w:tc>
          <w:tcPr>
            <w:tcW w:w="1584" w:type="dxa"/>
            <w:tcMar>
              <w:top w:w="90" w:type="dxa"/>
              <w:left w:w="100" w:type="dxa"/>
              <w:bottom w:w="90" w:type="dxa"/>
              <w:right w:w="100" w:type="dxa"/>
            </w:tcMar>
            <w:vAlign w:val="center"/>
          </w:tcPr>
          <w:p w14:paraId="3CF2D8B6" w14:textId="77777777" w:rsidR="005906A7" w:rsidRDefault="00E00710">
            <w:pPr>
              <w:spacing w:after="0"/>
            </w:pPr>
            <w:r>
              <w:rPr>
                <w:sz w:val="18"/>
              </w:rPr>
              <w:br/>
            </w:r>
          </w:p>
        </w:tc>
      </w:tr>
      <w:tr w:rsidR="005906A7" w14:paraId="0FB78278" w14:textId="77777777">
        <w:trPr>
          <w:cantSplit/>
        </w:trPr>
        <w:tc>
          <w:tcPr>
            <w:tcW w:w="1584" w:type="dxa"/>
            <w:tcMar>
              <w:top w:w="90" w:type="dxa"/>
              <w:left w:w="100" w:type="dxa"/>
              <w:bottom w:w="90" w:type="dxa"/>
              <w:right w:w="100" w:type="dxa"/>
            </w:tcMar>
            <w:vAlign w:val="center"/>
          </w:tcPr>
          <w:p w14:paraId="1FC39945" w14:textId="77777777" w:rsidR="005906A7" w:rsidRDefault="00E00710">
            <w:pPr>
              <w:spacing w:after="0"/>
            </w:pPr>
            <w:r>
              <w:rPr>
                <w:sz w:val="18"/>
              </w:rPr>
              <w:br/>
            </w:r>
          </w:p>
        </w:tc>
        <w:tc>
          <w:tcPr>
            <w:tcW w:w="2880" w:type="dxa"/>
            <w:tcMar>
              <w:top w:w="90" w:type="dxa"/>
              <w:left w:w="100" w:type="dxa"/>
              <w:bottom w:w="90" w:type="dxa"/>
              <w:right w:w="100" w:type="dxa"/>
            </w:tcMar>
            <w:vAlign w:val="center"/>
          </w:tcPr>
          <w:p w14:paraId="0562CB0E" w14:textId="77777777" w:rsidR="005906A7" w:rsidRDefault="00E00710">
            <w:pPr>
              <w:spacing w:after="0"/>
            </w:pPr>
            <w:r>
              <w:rPr>
                <w:sz w:val="18"/>
              </w:rPr>
              <w:br/>
            </w:r>
          </w:p>
        </w:tc>
        <w:tc>
          <w:tcPr>
            <w:tcW w:w="3671" w:type="dxa"/>
            <w:tcMar>
              <w:top w:w="90" w:type="dxa"/>
              <w:left w:w="100" w:type="dxa"/>
              <w:bottom w:w="90" w:type="dxa"/>
              <w:right w:w="100" w:type="dxa"/>
            </w:tcMar>
            <w:vAlign w:val="center"/>
          </w:tcPr>
          <w:p w14:paraId="34CE0A41" w14:textId="77777777" w:rsidR="005906A7" w:rsidRDefault="00E00710">
            <w:pPr>
              <w:spacing w:after="0"/>
            </w:pPr>
            <w:r>
              <w:rPr>
                <w:sz w:val="18"/>
              </w:rPr>
              <w:br/>
            </w:r>
          </w:p>
        </w:tc>
        <w:tc>
          <w:tcPr>
            <w:tcW w:w="1584" w:type="dxa"/>
            <w:tcMar>
              <w:top w:w="90" w:type="dxa"/>
              <w:left w:w="100" w:type="dxa"/>
              <w:bottom w:w="90" w:type="dxa"/>
              <w:right w:w="100" w:type="dxa"/>
            </w:tcMar>
            <w:vAlign w:val="center"/>
          </w:tcPr>
          <w:p w14:paraId="62EBF3C5" w14:textId="77777777" w:rsidR="005906A7" w:rsidRDefault="00E00710">
            <w:pPr>
              <w:spacing w:after="0"/>
            </w:pPr>
            <w:r>
              <w:rPr>
                <w:sz w:val="18"/>
              </w:rPr>
              <w:br/>
            </w:r>
          </w:p>
        </w:tc>
      </w:tr>
      <w:tr w:rsidR="005906A7" w14:paraId="6D98A12B" w14:textId="77777777">
        <w:trPr>
          <w:cantSplit/>
        </w:trPr>
        <w:tc>
          <w:tcPr>
            <w:tcW w:w="1584" w:type="dxa"/>
            <w:tcMar>
              <w:top w:w="90" w:type="dxa"/>
              <w:left w:w="100" w:type="dxa"/>
              <w:bottom w:w="90" w:type="dxa"/>
              <w:right w:w="100" w:type="dxa"/>
            </w:tcMar>
            <w:vAlign w:val="center"/>
          </w:tcPr>
          <w:p w14:paraId="2946DB82" w14:textId="77777777" w:rsidR="005906A7" w:rsidRDefault="00E00710">
            <w:pPr>
              <w:spacing w:after="0"/>
            </w:pPr>
            <w:r>
              <w:rPr>
                <w:sz w:val="18"/>
              </w:rPr>
              <w:br/>
            </w:r>
          </w:p>
        </w:tc>
        <w:tc>
          <w:tcPr>
            <w:tcW w:w="2880" w:type="dxa"/>
            <w:tcMar>
              <w:top w:w="90" w:type="dxa"/>
              <w:left w:w="100" w:type="dxa"/>
              <w:bottom w:w="90" w:type="dxa"/>
              <w:right w:w="100" w:type="dxa"/>
            </w:tcMar>
            <w:vAlign w:val="center"/>
          </w:tcPr>
          <w:p w14:paraId="5997CC1D" w14:textId="77777777" w:rsidR="005906A7" w:rsidRDefault="00E00710">
            <w:pPr>
              <w:spacing w:after="0"/>
            </w:pPr>
            <w:r>
              <w:rPr>
                <w:sz w:val="18"/>
              </w:rPr>
              <w:br/>
            </w:r>
          </w:p>
        </w:tc>
        <w:tc>
          <w:tcPr>
            <w:tcW w:w="3671" w:type="dxa"/>
            <w:tcMar>
              <w:top w:w="90" w:type="dxa"/>
              <w:left w:w="100" w:type="dxa"/>
              <w:bottom w:w="90" w:type="dxa"/>
              <w:right w:w="100" w:type="dxa"/>
            </w:tcMar>
            <w:vAlign w:val="center"/>
          </w:tcPr>
          <w:p w14:paraId="110FFD37" w14:textId="77777777" w:rsidR="005906A7" w:rsidRDefault="00E00710">
            <w:pPr>
              <w:spacing w:after="0"/>
            </w:pPr>
            <w:r>
              <w:rPr>
                <w:sz w:val="18"/>
              </w:rPr>
              <w:br/>
            </w:r>
          </w:p>
        </w:tc>
        <w:tc>
          <w:tcPr>
            <w:tcW w:w="1584" w:type="dxa"/>
            <w:tcMar>
              <w:top w:w="90" w:type="dxa"/>
              <w:left w:w="100" w:type="dxa"/>
              <w:bottom w:w="90" w:type="dxa"/>
              <w:right w:w="100" w:type="dxa"/>
            </w:tcMar>
            <w:vAlign w:val="center"/>
          </w:tcPr>
          <w:p w14:paraId="6B699379" w14:textId="77777777" w:rsidR="005906A7" w:rsidRDefault="00E00710">
            <w:pPr>
              <w:spacing w:after="0"/>
            </w:pPr>
            <w:r>
              <w:rPr>
                <w:sz w:val="18"/>
              </w:rPr>
              <w:br/>
            </w:r>
          </w:p>
        </w:tc>
      </w:tr>
      <w:tr w:rsidR="005906A7" w14:paraId="3FE9F23F" w14:textId="77777777">
        <w:trPr>
          <w:cantSplit/>
        </w:trPr>
        <w:tc>
          <w:tcPr>
            <w:tcW w:w="1584" w:type="dxa"/>
            <w:tcMar>
              <w:top w:w="90" w:type="dxa"/>
              <w:left w:w="100" w:type="dxa"/>
              <w:bottom w:w="90" w:type="dxa"/>
              <w:right w:w="100" w:type="dxa"/>
            </w:tcMar>
            <w:vAlign w:val="center"/>
          </w:tcPr>
          <w:p w14:paraId="1F72F646" w14:textId="77777777" w:rsidR="005906A7" w:rsidRDefault="00E00710">
            <w:pPr>
              <w:spacing w:after="0"/>
            </w:pPr>
            <w:r>
              <w:rPr>
                <w:sz w:val="18"/>
              </w:rPr>
              <w:br/>
            </w:r>
          </w:p>
        </w:tc>
        <w:tc>
          <w:tcPr>
            <w:tcW w:w="2880" w:type="dxa"/>
            <w:tcMar>
              <w:top w:w="90" w:type="dxa"/>
              <w:left w:w="100" w:type="dxa"/>
              <w:bottom w:w="90" w:type="dxa"/>
              <w:right w:w="100" w:type="dxa"/>
            </w:tcMar>
            <w:vAlign w:val="center"/>
          </w:tcPr>
          <w:p w14:paraId="08CE6F91" w14:textId="77777777" w:rsidR="005906A7" w:rsidRDefault="00E00710">
            <w:pPr>
              <w:spacing w:after="0"/>
            </w:pPr>
            <w:r>
              <w:rPr>
                <w:sz w:val="18"/>
              </w:rPr>
              <w:br/>
            </w:r>
          </w:p>
        </w:tc>
        <w:tc>
          <w:tcPr>
            <w:tcW w:w="3671" w:type="dxa"/>
            <w:tcMar>
              <w:top w:w="90" w:type="dxa"/>
              <w:left w:w="100" w:type="dxa"/>
              <w:bottom w:w="90" w:type="dxa"/>
              <w:right w:w="100" w:type="dxa"/>
            </w:tcMar>
            <w:vAlign w:val="center"/>
          </w:tcPr>
          <w:p w14:paraId="61CDCEAD" w14:textId="77777777" w:rsidR="005906A7" w:rsidRDefault="00E00710">
            <w:pPr>
              <w:spacing w:after="0"/>
            </w:pPr>
            <w:r>
              <w:rPr>
                <w:sz w:val="18"/>
              </w:rPr>
              <w:br/>
            </w:r>
          </w:p>
        </w:tc>
        <w:tc>
          <w:tcPr>
            <w:tcW w:w="1584" w:type="dxa"/>
            <w:tcMar>
              <w:top w:w="90" w:type="dxa"/>
              <w:left w:w="100" w:type="dxa"/>
              <w:bottom w:w="90" w:type="dxa"/>
              <w:right w:w="100" w:type="dxa"/>
            </w:tcMar>
            <w:vAlign w:val="center"/>
          </w:tcPr>
          <w:p w14:paraId="6BB9E253" w14:textId="77777777" w:rsidR="005906A7" w:rsidRDefault="00E00710">
            <w:pPr>
              <w:spacing w:after="0"/>
            </w:pPr>
            <w:r>
              <w:rPr>
                <w:sz w:val="18"/>
              </w:rPr>
              <w:br/>
            </w:r>
          </w:p>
        </w:tc>
      </w:tr>
      <w:tr w:rsidR="005906A7" w14:paraId="23DE523C" w14:textId="77777777">
        <w:trPr>
          <w:cantSplit/>
        </w:trPr>
        <w:tc>
          <w:tcPr>
            <w:tcW w:w="1584" w:type="dxa"/>
            <w:tcMar>
              <w:top w:w="90" w:type="dxa"/>
              <w:left w:w="100" w:type="dxa"/>
              <w:bottom w:w="90" w:type="dxa"/>
              <w:right w:w="100" w:type="dxa"/>
            </w:tcMar>
            <w:vAlign w:val="center"/>
          </w:tcPr>
          <w:p w14:paraId="52E56223" w14:textId="77777777" w:rsidR="005906A7" w:rsidRDefault="00E00710">
            <w:pPr>
              <w:spacing w:after="0"/>
            </w:pPr>
            <w:r>
              <w:rPr>
                <w:sz w:val="18"/>
              </w:rPr>
              <w:lastRenderedPageBreak/>
              <w:br/>
            </w:r>
          </w:p>
        </w:tc>
        <w:tc>
          <w:tcPr>
            <w:tcW w:w="2880" w:type="dxa"/>
            <w:tcMar>
              <w:top w:w="90" w:type="dxa"/>
              <w:left w:w="100" w:type="dxa"/>
              <w:bottom w:w="90" w:type="dxa"/>
              <w:right w:w="100" w:type="dxa"/>
            </w:tcMar>
            <w:vAlign w:val="center"/>
          </w:tcPr>
          <w:p w14:paraId="07547A01" w14:textId="77777777" w:rsidR="005906A7" w:rsidRDefault="00E00710">
            <w:pPr>
              <w:spacing w:after="0"/>
            </w:pPr>
            <w:r>
              <w:rPr>
                <w:sz w:val="18"/>
              </w:rPr>
              <w:br/>
            </w:r>
          </w:p>
        </w:tc>
        <w:tc>
          <w:tcPr>
            <w:tcW w:w="3671" w:type="dxa"/>
            <w:tcMar>
              <w:top w:w="90" w:type="dxa"/>
              <w:left w:w="100" w:type="dxa"/>
              <w:bottom w:w="90" w:type="dxa"/>
              <w:right w:w="100" w:type="dxa"/>
            </w:tcMar>
            <w:vAlign w:val="center"/>
          </w:tcPr>
          <w:p w14:paraId="5043CB0F" w14:textId="77777777" w:rsidR="005906A7" w:rsidRDefault="00E00710">
            <w:pPr>
              <w:spacing w:after="0"/>
            </w:pPr>
            <w:r>
              <w:rPr>
                <w:sz w:val="18"/>
              </w:rPr>
              <w:br/>
            </w:r>
          </w:p>
        </w:tc>
        <w:tc>
          <w:tcPr>
            <w:tcW w:w="1584" w:type="dxa"/>
            <w:tcMar>
              <w:top w:w="90" w:type="dxa"/>
              <w:left w:w="100" w:type="dxa"/>
              <w:bottom w:w="90" w:type="dxa"/>
              <w:right w:w="100" w:type="dxa"/>
            </w:tcMar>
            <w:vAlign w:val="center"/>
          </w:tcPr>
          <w:p w14:paraId="07459315" w14:textId="77777777" w:rsidR="005906A7" w:rsidRDefault="00E00710">
            <w:pPr>
              <w:spacing w:after="0"/>
            </w:pPr>
            <w:r>
              <w:rPr>
                <w:sz w:val="18"/>
              </w:rPr>
              <w:br/>
            </w:r>
          </w:p>
        </w:tc>
      </w:tr>
    </w:tbl>
    <w:p w14:paraId="6537F28F" w14:textId="77777777" w:rsidR="005906A7" w:rsidRDefault="005906A7"/>
    <w:p w14:paraId="7F60B654" w14:textId="77777777" w:rsidR="005906A7" w:rsidRDefault="00E00710">
      <w:r>
        <w:rPr>
          <w:b/>
        </w:rPr>
        <w:t>Please account for your main employment, study, caring responsibilities or other activity during the last five years, and briefly explain any gaps.</w:t>
      </w:r>
    </w:p>
    <w:tbl>
      <w:tblPr>
        <w:tblW w:w="0" w:type="auto"/>
        <w:tblLook w:val="04A0" w:firstRow="1" w:lastRow="0" w:firstColumn="1" w:lastColumn="0" w:noHBand="0" w:noVBand="1"/>
      </w:tblPr>
      <w:tblGrid>
        <w:gridCol w:w="10224"/>
      </w:tblGrid>
      <w:tr w:rsidR="005906A7" w14:paraId="6DFB9E20" w14:textId="77777777">
        <w:tc>
          <w:tcPr>
            <w:tcW w:w="10224" w:type="dxa"/>
            <w:tcMar>
              <w:top w:w="100" w:type="dxa"/>
              <w:left w:w="100" w:type="dxa"/>
              <w:bottom w:w="100" w:type="dxa"/>
              <w:right w:w="100" w:type="dxa"/>
            </w:tcMar>
          </w:tcPr>
          <w:p w14:paraId="70DF9E56" w14:textId="77777777" w:rsidR="005906A7" w:rsidRDefault="00E00710">
            <w:r>
              <w:br/>
            </w:r>
            <w:r>
              <w:br/>
            </w:r>
            <w:r>
              <w:br/>
            </w:r>
            <w:r>
              <w:br/>
            </w:r>
          </w:p>
        </w:tc>
      </w:tr>
    </w:tbl>
    <w:p w14:paraId="44E871BC" w14:textId="77777777" w:rsidR="005906A7" w:rsidRDefault="005906A7">
      <w:pPr>
        <w:spacing w:after="0"/>
      </w:pPr>
    </w:p>
    <w:tbl>
      <w:tblPr>
        <w:tblW w:w="0" w:type="auto"/>
        <w:tblLayout w:type="fixed"/>
        <w:tblLook w:val="04A0" w:firstRow="1" w:lastRow="0" w:firstColumn="1" w:lastColumn="0" w:noHBand="0" w:noVBand="1"/>
      </w:tblPr>
      <w:tblGrid>
        <w:gridCol w:w="10224"/>
      </w:tblGrid>
      <w:tr w:rsidR="005906A7" w14:paraId="137AA949" w14:textId="77777777">
        <w:tc>
          <w:tcPr>
            <w:tcW w:w="10224" w:type="dxa"/>
            <w:shd w:val="clear" w:color="auto" w:fill="5B2C83"/>
            <w:tcMar>
              <w:top w:w="90" w:type="dxa"/>
              <w:left w:w="100" w:type="dxa"/>
              <w:bottom w:w="90" w:type="dxa"/>
              <w:right w:w="100" w:type="dxa"/>
            </w:tcMar>
            <w:vAlign w:val="center"/>
          </w:tcPr>
          <w:p w14:paraId="36A49840" w14:textId="77777777" w:rsidR="005906A7" w:rsidRDefault="00E00710">
            <w:pPr>
              <w:spacing w:after="0"/>
            </w:pPr>
            <w:r>
              <w:rPr>
                <w:b/>
                <w:color w:val="FFFFFF"/>
                <w:sz w:val="24"/>
              </w:rPr>
              <w:t>5. References</w:t>
            </w:r>
          </w:p>
          <w:p w14:paraId="2AB0EA54" w14:textId="77777777" w:rsidR="005906A7" w:rsidRDefault="00E00710">
            <w:pPr>
              <w:spacing w:before="40" w:after="0"/>
            </w:pPr>
            <w:r>
              <w:rPr>
                <w:color w:val="F5EFF8"/>
                <w:sz w:val="17"/>
              </w:rPr>
              <w:t>Please provide two referees who can comment on your suitability to volunteer. One should normally be your current or most recent employer, education provider, or another professional who knows you in a formal capacity. Referees should not be relatives or close friends.</w:t>
            </w:r>
          </w:p>
        </w:tc>
      </w:tr>
    </w:tbl>
    <w:p w14:paraId="144A5D23" w14:textId="77777777" w:rsidR="005906A7" w:rsidRDefault="005906A7">
      <w:pPr>
        <w:spacing w:after="0"/>
      </w:pPr>
    </w:p>
    <w:p w14:paraId="00EA6CE1" w14:textId="77777777" w:rsidR="005906A7" w:rsidRDefault="00E00710">
      <w:pPr>
        <w:pStyle w:val="Heading2"/>
      </w:pPr>
      <w:r>
        <w:t>Referee 1</w:t>
      </w:r>
    </w:p>
    <w:tbl>
      <w:tblPr>
        <w:tblW w:w="0" w:type="auto"/>
        <w:tblLayout w:type="fixed"/>
        <w:tblLook w:val="04A0" w:firstRow="1" w:lastRow="0" w:firstColumn="1" w:lastColumn="0" w:noHBand="0" w:noVBand="1"/>
      </w:tblPr>
      <w:tblGrid>
        <w:gridCol w:w="3096"/>
        <w:gridCol w:w="6623"/>
      </w:tblGrid>
      <w:tr w:rsidR="005906A7" w14:paraId="16B86293" w14:textId="77777777">
        <w:trPr>
          <w:cantSplit/>
        </w:trPr>
        <w:tc>
          <w:tcPr>
            <w:tcW w:w="3096" w:type="dxa"/>
            <w:shd w:val="clear" w:color="auto" w:fill="F1EAF6"/>
            <w:tcMar>
              <w:top w:w="90" w:type="dxa"/>
              <w:left w:w="100" w:type="dxa"/>
              <w:bottom w:w="90" w:type="dxa"/>
              <w:right w:w="100" w:type="dxa"/>
            </w:tcMar>
            <w:vAlign w:val="center"/>
          </w:tcPr>
          <w:p w14:paraId="0D909AED" w14:textId="77777777" w:rsidR="005906A7" w:rsidRDefault="00E00710">
            <w:pPr>
              <w:spacing w:after="0"/>
            </w:pPr>
            <w:r>
              <w:rPr>
                <w:b/>
                <w:sz w:val="18"/>
              </w:rPr>
              <w:t>Name</w:t>
            </w:r>
          </w:p>
        </w:tc>
        <w:tc>
          <w:tcPr>
            <w:tcW w:w="6623" w:type="dxa"/>
            <w:tcMar>
              <w:top w:w="90" w:type="dxa"/>
              <w:left w:w="100" w:type="dxa"/>
              <w:bottom w:w="90" w:type="dxa"/>
              <w:right w:w="100" w:type="dxa"/>
            </w:tcMar>
            <w:vAlign w:val="center"/>
          </w:tcPr>
          <w:p w14:paraId="25DD3341" w14:textId="77777777" w:rsidR="005906A7" w:rsidRDefault="00E00710">
            <w:pPr>
              <w:spacing w:after="0"/>
            </w:pPr>
            <w:r>
              <w:rPr>
                <w:sz w:val="18"/>
              </w:rPr>
              <w:t xml:space="preserve"> </w:t>
            </w:r>
          </w:p>
        </w:tc>
      </w:tr>
      <w:tr w:rsidR="005906A7" w14:paraId="3FBB05C4" w14:textId="77777777">
        <w:trPr>
          <w:cantSplit/>
        </w:trPr>
        <w:tc>
          <w:tcPr>
            <w:tcW w:w="3096" w:type="dxa"/>
            <w:shd w:val="clear" w:color="auto" w:fill="F1EAF6"/>
            <w:tcMar>
              <w:top w:w="90" w:type="dxa"/>
              <w:left w:w="100" w:type="dxa"/>
              <w:bottom w:w="90" w:type="dxa"/>
              <w:right w:w="100" w:type="dxa"/>
            </w:tcMar>
            <w:vAlign w:val="center"/>
          </w:tcPr>
          <w:p w14:paraId="199F1688" w14:textId="77777777" w:rsidR="005906A7" w:rsidRDefault="00E00710">
            <w:pPr>
              <w:spacing w:after="0"/>
            </w:pPr>
            <w:r>
              <w:rPr>
                <w:b/>
                <w:sz w:val="18"/>
              </w:rPr>
              <w:t>Position / relationship to you</w:t>
            </w:r>
          </w:p>
        </w:tc>
        <w:tc>
          <w:tcPr>
            <w:tcW w:w="6623" w:type="dxa"/>
            <w:tcMar>
              <w:top w:w="90" w:type="dxa"/>
              <w:left w:w="100" w:type="dxa"/>
              <w:bottom w:w="90" w:type="dxa"/>
              <w:right w:w="100" w:type="dxa"/>
            </w:tcMar>
            <w:vAlign w:val="center"/>
          </w:tcPr>
          <w:p w14:paraId="23DD831B" w14:textId="77777777" w:rsidR="005906A7" w:rsidRDefault="00E00710">
            <w:pPr>
              <w:spacing w:after="0"/>
            </w:pPr>
            <w:r>
              <w:rPr>
                <w:sz w:val="18"/>
              </w:rPr>
              <w:t xml:space="preserve"> </w:t>
            </w:r>
          </w:p>
        </w:tc>
      </w:tr>
      <w:tr w:rsidR="005906A7" w14:paraId="2EACADD3" w14:textId="77777777">
        <w:trPr>
          <w:cantSplit/>
        </w:trPr>
        <w:tc>
          <w:tcPr>
            <w:tcW w:w="3096" w:type="dxa"/>
            <w:shd w:val="clear" w:color="auto" w:fill="F1EAF6"/>
            <w:tcMar>
              <w:top w:w="90" w:type="dxa"/>
              <w:left w:w="100" w:type="dxa"/>
              <w:bottom w:w="90" w:type="dxa"/>
              <w:right w:w="100" w:type="dxa"/>
            </w:tcMar>
            <w:vAlign w:val="center"/>
          </w:tcPr>
          <w:p w14:paraId="563D366A" w14:textId="77777777" w:rsidR="005906A7" w:rsidRDefault="00E00710">
            <w:pPr>
              <w:spacing w:after="0"/>
            </w:pPr>
            <w:r>
              <w:rPr>
                <w:b/>
                <w:sz w:val="18"/>
              </w:rPr>
              <w:t>Organisation</w:t>
            </w:r>
          </w:p>
        </w:tc>
        <w:tc>
          <w:tcPr>
            <w:tcW w:w="6623" w:type="dxa"/>
            <w:tcMar>
              <w:top w:w="90" w:type="dxa"/>
              <w:left w:w="100" w:type="dxa"/>
              <w:bottom w:w="90" w:type="dxa"/>
              <w:right w:w="100" w:type="dxa"/>
            </w:tcMar>
            <w:vAlign w:val="center"/>
          </w:tcPr>
          <w:p w14:paraId="28CE8CB7" w14:textId="77777777" w:rsidR="005906A7" w:rsidRDefault="00E00710">
            <w:pPr>
              <w:spacing w:after="0"/>
            </w:pPr>
            <w:r>
              <w:rPr>
                <w:sz w:val="18"/>
              </w:rPr>
              <w:t xml:space="preserve"> </w:t>
            </w:r>
          </w:p>
        </w:tc>
      </w:tr>
      <w:tr w:rsidR="005906A7" w14:paraId="47D2A083" w14:textId="77777777">
        <w:trPr>
          <w:cantSplit/>
        </w:trPr>
        <w:tc>
          <w:tcPr>
            <w:tcW w:w="3096" w:type="dxa"/>
            <w:shd w:val="clear" w:color="auto" w:fill="F1EAF6"/>
            <w:tcMar>
              <w:top w:w="90" w:type="dxa"/>
              <w:left w:w="100" w:type="dxa"/>
              <w:bottom w:w="90" w:type="dxa"/>
              <w:right w:w="100" w:type="dxa"/>
            </w:tcMar>
            <w:vAlign w:val="center"/>
          </w:tcPr>
          <w:p w14:paraId="071CC085" w14:textId="77777777" w:rsidR="005906A7" w:rsidRDefault="00E00710">
            <w:pPr>
              <w:spacing w:after="0"/>
            </w:pPr>
            <w:r>
              <w:rPr>
                <w:b/>
                <w:sz w:val="18"/>
              </w:rPr>
              <w:t>Address</w:t>
            </w:r>
          </w:p>
        </w:tc>
        <w:tc>
          <w:tcPr>
            <w:tcW w:w="6623" w:type="dxa"/>
            <w:tcMar>
              <w:top w:w="90" w:type="dxa"/>
              <w:left w:w="100" w:type="dxa"/>
              <w:bottom w:w="90" w:type="dxa"/>
              <w:right w:w="100" w:type="dxa"/>
            </w:tcMar>
            <w:vAlign w:val="center"/>
          </w:tcPr>
          <w:p w14:paraId="738610EB" w14:textId="77777777" w:rsidR="005906A7" w:rsidRDefault="00E00710">
            <w:pPr>
              <w:spacing w:after="0" w:line="288" w:lineRule="auto"/>
            </w:pPr>
            <w:r>
              <w:rPr>
                <w:sz w:val="18"/>
              </w:rPr>
              <w:br/>
            </w:r>
          </w:p>
        </w:tc>
      </w:tr>
      <w:tr w:rsidR="005906A7" w14:paraId="2BD89EA4" w14:textId="77777777">
        <w:trPr>
          <w:cantSplit/>
        </w:trPr>
        <w:tc>
          <w:tcPr>
            <w:tcW w:w="3096" w:type="dxa"/>
            <w:shd w:val="clear" w:color="auto" w:fill="F1EAF6"/>
            <w:tcMar>
              <w:top w:w="90" w:type="dxa"/>
              <w:left w:w="100" w:type="dxa"/>
              <w:bottom w:w="90" w:type="dxa"/>
              <w:right w:w="100" w:type="dxa"/>
            </w:tcMar>
            <w:vAlign w:val="center"/>
          </w:tcPr>
          <w:p w14:paraId="03CA40FF" w14:textId="77777777" w:rsidR="005906A7" w:rsidRDefault="00E00710">
            <w:pPr>
              <w:spacing w:after="0"/>
            </w:pPr>
            <w:r>
              <w:rPr>
                <w:b/>
                <w:sz w:val="18"/>
              </w:rPr>
              <w:t>Email</w:t>
            </w:r>
          </w:p>
        </w:tc>
        <w:tc>
          <w:tcPr>
            <w:tcW w:w="6623" w:type="dxa"/>
            <w:tcMar>
              <w:top w:w="90" w:type="dxa"/>
              <w:left w:w="100" w:type="dxa"/>
              <w:bottom w:w="90" w:type="dxa"/>
              <w:right w:w="100" w:type="dxa"/>
            </w:tcMar>
            <w:vAlign w:val="center"/>
          </w:tcPr>
          <w:p w14:paraId="1895D3B7" w14:textId="77777777" w:rsidR="005906A7" w:rsidRDefault="00E00710">
            <w:pPr>
              <w:spacing w:after="0"/>
            </w:pPr>
            <w:r>
              <w:rPr>
                <w:sz w:val="18"/>
              </w:rPr>
              <w:t xml:space="preserve"> </w:t>
            </w:r>
          </w:p>
        </w:tc>
      </w:tr>
      <w:tr w:rsidR="005906A7" w14:paraId="25120248" w14:textId="77777777">
        <w:trPr>
          <w:cantSplit/>
        </w:trPr>
        <w:tc>
          <w:tcPr>
            <w:tcW w:w="3096" w:type="dxa"/>
            <w:shd w:val="clear" w:color="auto" w:fill="F1EAF6"/>
            <w:tcMar>
              <w:top w:w="90" w:type="dxa"/>
              <w:left w:w="100" w:type="dxa"/>
              <w:bottom w:w="90" w:type="dxa"/>
              <w:right w:w="100" w:type="dxa"/>
            </w:tcMar>
            <w:vAlign w:val="center"/>
          </w:tcPr>
          <w:p w14:paraId="322B2265" w14:textId="77777777" w:rsidR="005906A7" w:rsidRDefault="00E00710">
            <w:pPr>
              <w:spacing w:after="0"/>
            </w:pPr>
            <w:r>
              <w:rPr>
                <w:b/>
                <w:sz w:val="18"/>
              </w:rPr>
              <w:t>Telephone</w:t>
            </w:r>
          </w:p>
        </w:tc>
        <w:tc>
          <w:tcPr>
            <w:tcW w:w="6623" w:type="dxa"/>
            <w:tcMar>
              <w:top w:w="90" w:type="dxa"/>
              <w:left w:w="100" w:type="dxa"/>
              <w:bottom w:w="90" w:type="dxa"/>
              <w:right w:w="100" w:type="dxa"/>
            </w:tcMar>
            <w:vAlign w:val="center"/>
          </w:tcPr>
          <w:p w14:paraId="7FDE0BDC" w14:textId="77777777" w:rsidR="005906A7" w:rsidRDefault="00E00710">
            <w:pPr>
              <w:spacing w:after="0"/>
            </w:pPr>
            <w:r>
              <w:rPr>
                <w:sz w:val="18"/>
              </w:rPr>
              <w:t xml:space="preserve"> </w:t>
            </w:r>
          </w:p>
        </w:tc>
      </w:tr>
      <w:tr w:rsidR="005906A7" w14:paraId="5F6F1D2B" w14:textId="77777777">
        <w:trPr>
          <w:cantSplit/>
        </w:trPr>
        <w:tc>
          <w:tcPr>
            <w:tcW w:w="3096" w:type="dxa"/>
            <w:shd w:val="clear" w:color="auto" w:fill="F1EAF6"/>
            <w:tcMar>
              <w:top w:w="90" w:type="dxa"/>
              <w:left w:w="100" w:type="dxa"/>
              <w:bottom w:w="90" w:type="dxa"/>
              <w:right w:w="100" w:type="dxa"/>
            </w:tcMar>
            <w:vAlign w:val="center"/>
          </w:tcPr>
          <w:p w14:paraId="66D1FFF4" w14:textId="77777777" w:rsidR="005906A7" w:rsidRDefault="00E00710">
            <w:pPr>
              <w:spacing w:after="0"/>
            </w:pPr>
            <w:r>
              <w:rPr>
                <w:b/>
                <w:sz w:val="18"/>
              </w:rPr>
              <w:t>How long have they known you?</w:t>
            </w:r>
          </w:p>
        </w:tc>
        <w:tc>
          <w:tcPr>
            <w:tcW w:w="6623" w:type="dxa"/>
            <w:tcMar>
              <w:top w:w="90" w:type="dxa"/>
              <w:left w:w="100" w:type="dxa"/>
              <w:bottom w:w="90" w:type="dxa"/>
              <w:right w:w="100" w:type="dxa"/>
            </w:tcMar>
            <w:vAlign w:val="center"/>
          </w:tcPr>
          <w:p w14:paraId="6C1031F9" w14:textId="77777777" w:rsidR="005906A7" w:rsidRDefault="00E00710">
            <w:pPr>
              <w:spacing w:after="0"/>
            </w:pPr>
            <w:r>
              <w:rPr>
                <w:sz w:val="18"/>
              </w:rPr>
              <w:t xml:space="preserve"> </w:t>
            </w:r>
          </w:p>
        </w:tc>
      </w:tr>
    </w:tbl>
    <w:p w14:paraId="637805D2" w14:textId="77777777" w:rsidR="005906A7" w:rsidRDefault="005906A7">
      <w:pPr>
        <w:spacing w:after="0"/>
      </w:pPr>
    </w:p>
    <w:p w14:paraId="0E814E65" w14:textId="77777777" w:rsidR="005906A7" w:rsidRDefault="00E00710">
      <w:pPr>
        <w:pStyle w:val="Heading2"/>
      </w:pPr>
      <w:r>
        <w:t>Referee 2</w:t>
      </w:r>
    </w:p>
    <w:tbl>
      <w:tblPr>
        <w:tblW w:w="0" w:type="auto"/>
        <w:tblLayout w:type="fixed"/>
        <w:tblLook w:val="04A0" w:firstRow="1" w:lastRow="0" w:firstColumn="1" w:lastColumn="0" w:noHBand="0" w:noVBand="1"/>
      </w:tblPr>
      <w:tblGrid>
        <w:gridCol w:w="3096"/>
        <w:gridCol w:w="6623"/>
      </w:tblGrid>
      <w:tr w:rsidR="005906A7" w14:paraId="567CD30A" w14:textId="77777777">
        <w:trPr>
          <w:cantSplit/>
        </w:trPr>
        <w:tc>
          <w:tcPr>
            <w:tcW w:w="3096" w:type="dxa"/>
            <w:shd w:val="clear" w:color="auto" w:fill="F1EAF6"/>
            <w:tcMar>
              <w:top w:w="90" w:type="dxa"/>
              <w:left w:w="100" w:type="dxa"/>
              <w:bottom w:w="90" w:type="dxa"/>
              <w:right w:w="100" w:type="dxa"/>
            </w:tcMar>
            <w:vAlign w:val="center"/>
          </w:tcPr>
          <w:p w14:paraId="76CAFD79" w14:textId="77777777" w:rsidR="005906A7" w:rsidRDefault="00E00710">
            <w:pPr>
              <w:spacing w:after="0"/>
            </w:pPr>
            <w:r>
              <w:rPr>
                <w:b/>
                <w:sz w:val="18"/>
              </w:rPr>
              <w:t>Name</w:t>
            </w:r>
          </w:p>
        </w:tc>
        <w:tc>
          <w:tcPr>
            <w:tcW w:w="6623" w:type="dxa"/>
            <w:tcMar>
              <w:top w:w="90" w:type="dxa"/>
              <w:left w:w="100" w:type="dxa"/>
              <w:bottom w:w="90" w:type="dxa"/>
              <w:right w:w="100" w:type="dxa"/>
            </w:tcMar>
            <w:vAlign w:val="center"/>
          </w:tcPr>
          <w:p w14:paraId="4CE745D7" w14:textId="77777777" w:rsidR="005906A7" w:rsidRDefault="00E00710">
            <w:pPr>
              <w:spacing w:after="0"/>
            </w:pPr>
            <w:r>
              <w:rPr>
                <w:sz w:val="18"/>
              </w:rPr>
              <w:t xml:space="preserve"> </w:t>
            </w:r>
          </w:p>
        </w:tc>
      </w:tr>
      <w:tr w:rsidR="005906A7" w14:paraId="6BEDB8F2" w14:textId="77777777">
        <w:trPr>
          <w:cantSplit/>
        </w:trPr>
        <w:tc>
          <w:tcPr>
            <w:tcW w:w="3096" w:type="dxa"/>
            <w:shd w:val="clear" w:color="auto" w:fill="F1EAF6"/>
            <w:tcMar>
              <w:top w:w="90" w:type="dxa"/>
              <w:left w:w="100" w:type="dxa"/>
              <w:bottom w:w="90" w:type="dxa"/>
              <w:right w:w="100" w:type="dxa"/>
            </w:tcMar>
            <w:vAlign w:val="center"/>
          </w:tcPr>
          <w:p w14:paraId="54D638F2" w14:textId="77777777" w:rsidR="005906A7" w:rsidRDefault="00E00710">
            <w:pPr>
              <w:spacing w:after="0"/>
            </w:pPr>
            <w:r>
              <w:rPr>
                <w:b/>
                <w:sz w:val="18"/>
              </w:rPr>
              <w:t>Position / relationship to you</w:t>
            </w:r>
          </w:p>
        </w:tc>
        <w:tc>
          <w:tcPr>
            <w:tcW w:w="6623" w:type="dxa"/>
            <w:tcMar>
              <w:top w:w="90" w:type="dxa"/>
              <w:left w:w="100" w:type="dxa"/>
              <w:bottom w:w="90" w:type="dxa"/>
              <w:right w:w="100" w:type="dxa"/>
            </w:tcMar>
            <w:vAlign w:val="center"/>
          </w:tcPr>
          <w:p w14:paraId="7D149327" w14:textId="77777777" w:rsidR="005906A7" w:rsidRDefault="00E00710">
            <w:pPr>
              <w:spacing w:after="0"/>
            </w:pPr>
            <w:r>
              <w:rPr>
                <w:sz w:val="18"/>
              </w:rPr>
              <w:t xml:space="preserve"> </w:t>
            </w:r>
          </w:p>
        </w:tc>
      </w:tr>
      <w:tr w:rsidR="005906A7" w14:paraId="249FAE86" w14:textId="77777777">
        <w:trPr>
          <w:cantSplit/>
        </w:trPr>
        <w:tc>
          <w:tcPr>
            <w:tcW w:w="3096" w:type="dxa"/>
            <w:shd w:val="clear" w:color="auto" w:fill="F1EAF6"/>
            <w:tcMar>
              <w:top w:w="90" w:type="dxa"/>
              <w:left w:w="100" w:type="dxa"/>
              <w:bottom w:w="90" w:type="dxa"/>
              <w:right w:w="100" w:type="dxa"/>
            </w:tcMar>
            <w:vAlign w:val="center"/>
          </w:tcPr>
          <w:p w14:paraId="792F77CE" w14:textId="77777777" w:rsidR="005906A7" w:rsidRDefault="00E00710">
            <w:pPr>
              <w:spacing w:after="0"/>
            </w:pPr>
            <w:r>
              <w:rPr>
                <w:b/>
                <w:sz w:val="18"/>
              </w:rPr>
              <w:t>Organisation</w:t>
            </w:r>
          </w:p>
        </w:tc>
        <w:tc>
          <w:tcPr>
            <w:tcW w:w="6623" w:type="dxa"/>
            <w:tcMar>
              <w:top w:w="90" w:type="dxa"/>
              <w:left w:w="100" w:type="dxa"/>
              <w:bottom w:w="90" w:type="dxa"/>
              <w:right w:w="100" w:type="dxa"/>
            </w:tcMar>
            <w:vAlign w:val="center"/>
          </w:tcPr>
          <w:p w14:paraId="253B9705" w14:textId="77777777" w:rsidR="005906A7" w:rsidRDefault="00E00710">
            <w:pPr>
              <w:spacing w:after="0"/>
            </w:pPr>
            <w:r>
              <w:rPr>
                <w:sz w:val="18"/>
              </w:rPr>
              <w:t xml:space="preserve"> </w:t>
            </w:r>
          </w:p>
        </w:tc>
      </w:tr>
      <w:tr w:rsidR="005906A7" w14:paraId="6499BA3E" w14:textId="77777777">
        <w:trPr>
          <w:cantSplit/>
        </w:trPr>
        <w:tc>
          <w:tcPr>
            <w:tcW w:w="3096" w:type="dxa"/>
            <w:shd w:val="clear" w:color="auto" w:fill="F1EAF6"/>
            <w:tcMar>
              <w:top w:w="90" w:type="dxa"/>
              <w:left w:w="100" w:type="dxa"/>
              <w:bottom w:w="90" w:type="dxa"/>
              <w:right w:w="100" w:type="dxa"/>
            </w:tcMar>
            <w:vAlign w:val="center"/>
          </w:tcPr>
          <w:p w14:paraId="128DC43F" w14:textId="77777777" w:rsidR="005906A7" w:rsidRDefault="00E00710">
            <w:pPr>
              <w:spacing w:after="0"/>
            </w:pPr>
            <w:r>
              <w:rPr>
                <w:b/>
                <w:sz w:val="18"/>
              </w:rPr>
              <w:t>Address</w:t>
            </w:r>
          </w:p>
        </w:tc>
        <w:tc>
          <w:tcPr>
            <w:tcW w:w="6623" w:type="dxa"/>
            <w:tcMar>
              <w:top w:w="90" w:type="dxa"/>
              <w:left w:w="100" w:type="dxa"/>
              <w:bottom w:w="90" w:type="dxa"/>
              <w:right w:w="100" w:type="dxa"/>
            </w:tcMar>
            <w:vAlign w:val="center"/>
          </w:tcPr>
          <w:p w14:paraId="463F29E8" w14:textId="77777777" w:rsidR="005906A7" w:rsidRDefault="00E00710">
            <w:pPr>
              <w:spacing w:after="0" w:line="288" w:lineRule="auto"/>
            </w:pPr>
            <w:r>
              <w:rPr>
                <w:sz w:val="18"/>
              </w:rPr>
              <w:br/>
            </w:r>
          </w:p>
        </w:tc>
      </w:tr>
      <w:tr w:rsidR="005906A7" w14:paraId="6A84FABA" w14:textId="77777777">
        <w:trPr>
          <w:cantSplit/>
        </w:trPr>
        <w:tc>
          <w:tcPr>
            <w:tcW w:w="3096" w:type="dxa"/>
            <w:shd w:val="clear" w:color="auto" w:fill="F1EAF6"/>
            <w:tcMar>
              <w:top w:w="90" w:type="dxa"/>
              <w:left w:w="100" w:type="dxa"/>
              <w:bottom w:w="90" w:type="dxa"/>
              <w:right w:w="100" w:type="dxa"/>
            </w:tcMar>
            <w:vAlign w:val="center"/>
          </w:tcPr>
          <w:p w14:paraId="3B3096D1" w14:textId="77777777" w:rsidR="005906A7" w:rsidRDefault="00E00710">
            <w:pPr>
              <w:spacing w:after="0"/>
            </w:pPr>
            <w:r>
              <w:rPr>
                <w:b/>
                <w:sz w:val="18"/>
              </w:rPr>
              <w:t>Email</w:t>
            </w:r>
          </w:p>
        </w:tc>
        <w:tc>
          <w:tcPr>
            <w:tcW w:w="6623" w:type="dxa"/>
            <w:tcMar>
              <w:top w:w="90" w:type="dxa"/>
              <w:left w:w="100" w:type="dxa"/>
              <w:bottom w:w="90" w:type="dxa"/>
              <w:right w:w="100" w:type="dxa"/>
            </w:tcMar>
            <w:vAlign w:val="center"/>
          </w:tcPr>
          <w:p w14:paraId="752553BD" w14:textId="77777777" w:rsidR="005906A7" w:rsidRDefault="00E00710">
            <w:pPr>
              <w:spacing w:after="0"/>
            </w:pPr>
            <w:r>
              <w:rPr>
                <w:sz w:val="18"/>
              </w:rPr>
              <w:t xml:space="preserve"> </w:t>
            </w:r>
          </w:p>
        </w:tc>
      </w:tr>
      <w:tr w:rsidR="005906A7" w14:paraId="3B4DA591" w14:textId="77777777">
        <w:trPr>
          <w:cantSplit/>
        </w:trPr>
        <w:tc>
          <w:tcPr>
            <w:tcW w:w="3096" w:type="dxa"/>
            <w:shd w:val="clear" w:color="auto" w:fill="F1EAF6"/>
            <w:tcMar>
              <w:top w:w="90" w:type="dxa"/>
              <w:left w:w="100" w:type="dxa"/>
              <w:bottom w:w="90" w:type="dxa"/>
              <w:right w:w="100" w:type="dxa"/>
            </w:tcMar>
            <w:vAlign w:val="center"/>
          </w:tcPr>
          <w:p w14:paraId="72ED4A49" w14:textId="77777777" w:rsidR="005906A7" w:rsidRDefault="00E00710">
            <w:pPr>
              <w:spacing w:after="0"/>
            </w:pPr>
            <w:r>
              <w:rPr>
                <w:b/>
                <w:sz w:val="18"/>
              </w:rPr>
              <w:t>Telephone</w:t>
            </w:r>
          </w:p>
        </w:tc>
        <w:tc>
          <w:tcPr>
            <w:tcW w:w="6623" w:type="dxa"/>
            <w:tcMar>
              <w:top w:w="90" w:type="dxa"/>
              <w:left w:w="100" w:type="dxa"/>
              <w:bottom w:w="90" w:type="dxa"/>
              <w:right w:w="100" w:type="dxa"/>
            </w:tcMar>
            <w:vAlign w:val="center"/>
          </w:tcPr>
          <w:p w14:paraId="56051E44" w14:textId="77777777" w:rsidR="005906A7" w:rsidRDefault="00E00710">
            <w:pPr>
              <w:spacing w:after="0"/>
            </w:pPr>
            <w:r>
              <w:rPr>
                <w:sz w:val="18"/>
              </w:rPr>
              <w:t xml:space="preserve"> </w:t>
            </w:r>
          </w:p>
        </w:tc>
      </w:tr>
      <w:tr w:rsidR="005906A7" w14:paraId="47B8F9D1" w14:textId="77777777">
        <w:trPr>
          <w:cantSplit/>
        </w:trPr>
        <w:tc>
          <w:tcPr>
            <w:tcW w:w="3096" w:type="dxa"/>
            <w:shd w:val="clear" w:color="auto" w:fill="F1EAF6"/>
            <w:tcMar>
              <w:top w:w="90" w:type="dxa"/>
              <w:left w:w="100" w:type="dxa"/>
              <w:bottom w:w="90" w:type="dxa"/>
              <w:right w:w="100" w:type="dxa"/>
            </w:tcMar>
            <w:vAlign w:val="center"/>
          </w:tcPr>
          <w:p w14:paraId="0C7CDD6E" w14:textId="77777777" w:rsidR="005906A7" w:rsidRDefault="00E00710">
            <w:pPr>
              <w:spacing w:after="0"/>
            </w:pPr>
            <w:r>
              <w:rPr>
                <w:b/>
                <w:sz w:val="18"/>
              </w:rPr>
              <w:t>How long have they known you?</w:t>
            </w:r>
          </w:p>
        </w:tc>
        <w:tc>
          <w:tcPr>
            <w:tcW w:w="6623" w:type="dxa"/>
            <w:tcMar>
              <w:top w:w="90" w:type="dxa"/>
              <w:left w:w="100" w:type="dxa"/>
              <w:bottom w:w="90" w:type="dxa"/>
              <w:right w:w="100" w:type="dxa"/>
            </w:tcMar>
            <w:vAlign w:val="center"/>
          </w:tcPr>
          <w:p w14:paraId="554EF5F4" w14:textId="77777777" w:rsidR="005906A7" w:rsidRDefault="00E00710">
            <w:pPr>
              <w:spacing w:after="0"/>
            </w:pPr>
            <w:r>
              <w:rPr>
                <w:sz w:val="18"/>
              </w:rPr>
              <w:t xml:space="preserve"> </w:t>
            </w:r>
          </w:p>
        </w:tc>
      </w:tr>
    </w:tbl>
    <w:p w14:paraId="3B7B4B86" w14:textId="77777777" w:rsidR="005906A7" w:rsidRDefault="005906A7">
      <w:pPr>
        <w:spacing w:after="0"/>
      </w:pPr>
    </w:p>
    <w:p w14:paraId="549AC980" w14:textId="0EDFF6EE" w:rsidR="005906A7" w:rsidRDefault="00DA6353">
      <w:pPr>
        <w:spacing w:after="60"/>
      </w:pPr>
      <w:sdt>
        <w:sdtPr>
          <w:rPr>
            <w:rFonts w:ascii="DejaVu Sans" w:hAnsi="DejaVu Sans"/>
          </w:rPr>
          <w:alias w:val="Checkbox"/>
          <w:tag w:val="converted_empty_square_1790691659523"/>
          <w:id w:val="942264792"/>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give permission for the Trust to contact Referee 2 before a volunteer placement is confirmed.</w:t>
      </w:r>
    </w:p>
    <w:tbl>
      <w:tblPr>
        <w:tblW w:w="0" w:type="auto"/>
        <w:tblLayout w:type="fixed"/>
        <w:tblLook w:val="04A0" w:firstRow="1" w:lastRow="0" w:firstColumn="1" w:lastColumn="0" w:noHBand="0" w:noVBand="1"/>
      </w:tblPr>
      <w:tblGrid>
        <w:gridCol w:w="10224"/>
      </w:tblGrid>
      <w:tr w:rsidR="005906A7" w14:paraId="09C244B8" w14:textId="77777777">
        <w:tc>
          <w:tcPr>
            <w:tcW w:w="10224" w:type="dxa"/>
            <w:shd w:val="clear" w:color="auto" w:fill="5B2C83"/>
            <w:tcMar>
              <w:top w:w="90" w:type="dxa"/>
              <w:left w:w="100" w:type="dxa"/>
              <w:bottom w:w="90" w:type="dxa"/>
              <w:right w:w="100" w:type="dxa"/>
            </w:tcMar>
            <w:vAlign w:val="center"/>
          </w:tcPr>
          <w:p w14:paraId="2D1D9653" w14:textId="77777777" w:rsidR="005906A7" w:rsidRDefault="00E00710">
            <w:pPr>
              <w:spacing w:after="0"/>
            </w:pPr>
            <w:r>
              <w:rPr>
                <w:b/>
                <w:color w:val="FFFFFF"/>
                <w:sz w:val="24"/>
              </w:rPr>
              <w:t>6. Safeguarding and safer recruitment</w:t>
            </w:r>
          </w:p>
        </w:tc>
      </w:tr>
    </w:tbl>
    <w:p w14:paraId="3A0FF5F2" w14:textId="77777777" w:rsidR="005906A7" w:rsidRDefault="005906A7">
      <w:pPr>
        <w:spacing w:after="0"/>
      </w:pPr>
    </w:p>
    <w:p w14:paraId="43040B0A" w14:textId="77777777" w:rsidR="005906A7" w:rsidRDefault="00E00710">
      <w:r>
        <w:t>Amethyst Academies Trust is committed to safeguarding and promoting the welfare of children and young people and expects all staff and volunteers to share this commitment. Appointment is subject to checks appropriate to the duties, frequency and circumstances of the role.</w:t>
      </w:r>
    </w:p>
    <w:p w14:paraId="273606D6" w14:textId="47DC0CB3" w:rsidR="005906A7" w:rsidRDefault="00DA6353">
      <w:pPr>
        <w:spacing w:after="60"/>
      </w:pPr>
      <w:sdt>
        <w:sdtPr>
          <w:rPr>
            <w:rFonts w:ascii="DejaVu Sans" w:hAnsi="DejaVu Sans"/>
          </w:rPr>
          <w:alias w:val="Checkbox"/>
          <w:tag w:val="converted_empty_square_1790691659523"/>
          <w:id w:val="1709604595"/>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that I must not begin volunteering until the school confirms that all required checks and induction arrangements are complete.</w:t>
      </w:r>
    </w:p>
    <w:p w14:paraId="43BF03AD" w14:textId="4784FB04" w:rsidR="005906A7" w:rsidRDefault="00DA6353">
      <w:pPr>
        <w:spacing w:after="60"/>
      </w:pPr>
      <w:sdt>
        <w:sdtPr>
          <w:rPr>
            <w:rFonts w:ascii="DejaVu Sans" w:hAnsi="DejaVu Sans"/>
          </w:rPr>
          <w:alias w:val="Checkbox"/>
          <w:tag w:val="converted_empty_square_1790691659523"/>
          <w:id w:val="1407270698"/>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that the role may require an enhanced Disclosure and Barring Service (DBS) check, including children’s barred list information where the role is regulated activity.</w:t>
      </w:r>
    </w:p>
    <w:p w14:paraId="139932AB" w14:textId="0AF13F2F" w:rsidR="005906A7" w:rsidRDefault="00DA6353">
      <w:pPr>
        <w:spacing w:after="60"/>
      </w:pPr>
      <w:sdt>
        <w:sdtPr>
          <w:rPr>
            <w:rFonts w:ascii="DejaVu Sans" w:hAnsi="DejaVu Sans"/>
          </w:rPr>
          <w:alias w:val="Checkbox"/>
          <w:tag w:val="converted_empty_square_1790691659523"/>
          <w:id w:val="-1019383325"/>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that, if shortlisted or provisionally selected, I may be asked to complete a confidential criminal record self-declaration appropriate to the role and current legislation.</w:t>
      </w:r>
    </w:p>
    <w:p w14:paraId="371FDB32" w14:textId="47C2B563" w:rsidR="005906A7" w:rsidRDefault="00DA6353">
      <w:pPr>
        <w:spacing w:after="60"/>
      </w:pPr>
      <w:sdt>
        <w:sdtPr>
          <w:rPr>
            <w:rFonts w:ascii="DejaVu Sans" w:hAnsi="DejaVu Sans"/>
          </w:rPr>
          <w:alias w:val="Checkbox"/>
          <w:tag w:val="converted_empty_square_1790691659523"/>
          <w:id w:val="1661119708"/>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will disclose any personal or professional relationship with a pupil, parent/carer, employee, trustee or governor that could create an actual or perceived conflict of interest.</w:t>
      </w:r>
    </w:p>
    <w:p w14:paraId="1087A250" w14:textId="77777777" w:rsidR="005906A7" w:rsidRDefault="00E00710">
      <w:r>
        <w:rPr>
          <w:b/>
        </w:rPr>
        <w:t>Relationship or conflict details (if applicable):</w:t>
      </w:r>
    </w:p>
    <w:tbl>
      <w:tblPr>
        <w:tblW w:w="0" w:type="auto"/>
        <w:tblLook w:val="04A0" w:firstRow="1" w:lastRow="0" w:firstColumn="1" w:lastColumn="0" w:noHBand="0" w:noVBand="1"/>
      </w:tblPr>
      <w:tblGrid>
        <w:gridCol w:w="10224"/>
      </w:tblGrid>
      <w:tr w:rsidR="005906A7" w14:paraId="5630AD66" w14:textId="77777777">
        <w:tc>
          <w:tcPr>
            <w:tcW w:w="10224" w:type="dxa"/>
            <w:tcMar>
              <w:top w:w="100" w:type="dxa"/>
              <w:left w:w="100" w:type="dxa"/>
              <w:bottom w:w="100" w:type="dxa"/>
              <w:right w:w="100" w:type="dxa"/>
            </w:tcMar>
          </w:tcPr>
          <w:p w14:paraId="61829076" w14:textId="77777777" w:rsidR="005906A7" w:rsidRDefault="00E00710">
            <w:r>
              <w:br/>
            </w:r>
            <w:r>
              <w:br/>
            </w:r>
          </w:p>
        </w:tc>
      </w:tr>
    </w:tbl>
    <w:p w14:paraId="2BA226A1" w14:textId="77777777" w:rsidR="005906A7" w:rsidRDefault="005906A7">
      <w:pPr>
        <w:spacing w:after="0"/>
      </w:pPr>
    </w:p>
    <w:p w14:paraId="63FEB0A7" w14:textId="77777777" w:rsidR="005906A7" w:rsidRDefault="1F5633E8">
      <w:r w:rsidRPr="1F5633E8">
        <w:rPr>
          <w:b/>
          <w:bCs/>
          <w:color w:val="5B2C83"/>
        </w:rPr>
        <w:t>Safeguarding note:</w:t>
      </w:r>
      <w:r>
        <w:t xml:space="preserve"> From 1 September 2026, the supervision exemption has been removed. A volunteer who undertakes regulated activity must have the required enhanced DBS check with children’s barred list information before carrying out that activity.</w:t>
      </w:r>
    </w:p>
    <w:p w14:paraId="7ED73B56" w14:textId="303B21E9" w:rsidR="1F5633E8" w:rsidRDefault="1F5633E8"/>
    <w:p w14:paraId="26199F16" w14:textId="12DA6732" w:rsidR="1F5633E8" w:rsidRDefault="1F5633E8"/>
    <w:tbl>
      <w:tblPr>
        <w:tblW w:w="0" w:type="auto"/>
        <w:tblLayout w:type="fixed"/>
        <w:tblLook w:val="04A0" w:firstRow="1" w:lastRow="0" w:firstColumn="1" w:lastColumn="0" w:noHBand="0" w:noVBand="1"/>
      </w:tblPr>
      <w:tblGrid>
        <w:gridCol w:w="10224"/>
      </w:tblGrid>
      <w:tr w:rsidR="005906A7" w14:paraId="1C21C0E8" w14:textId="77777777">
        <w:tc>
          <w:tcPr>
            <w:tcW w:w="10224" w:type="dxa"/>
            <w:shd w:val="clear" w:color="auto" w:fill="5B2C83"/>
            <w:tcMar>
              <w:top w:w="90" w:type="dxa"/>
              <w:left w:w="100" w:type="dxa"/>
              <w:bottom w:w="90" w:type="dxa"/>
              <w:right w:w="100" w:type="dxa"/>
            </w:tcMar>
            <w:vAlign w:val="center"/>
          </w:tcPr>
          <w:p w14:paraId="67C8F44D" w14:textId="77777777" w:rsidR="005906A7" w:rsidRDefault="00E00710">
            <w:pPr>
              <w:spacing w:after="0"/>
            </w:pPr>
            <w:r>
              <w:rPr>
                <w:b/>
                <w:color w:val="FFFFFF"/>
                <w:sz w:val="24"/>
              </w:rPr>
              <w:t>7. Equality, inclusion and reasonable adjustments</w:t>
            </w:r>
          </w:p>
        </w:tc>
      </w:tr>
    </w:tbl>
    <w:p w14:paraId="17AD93B2" w14:textId="77777777" w:rsidR="005906A7" w:rsidRDefault="005906A7">
      <w:pPr>
        <w:spacing w:after="0"/>
      </w:pPr>
    </w:p>
    <w:p w14:paraId="1B9A2FC4" w14:textId="77777777" w:rsidR="005906A7" w:rsidRDefault="00E00710">
      <w:r>
        <w:t>The Trust welcomes applications from all sections of the community. Selection decisions will be based on the requirements of the volunteer role. Information about health or disability should only be provided where it is relevant to requested adjustments or safe arrangements for the role.</w:t>
      </w:r>
    </w:p>
    <w:p w14:paraId="494B5D4B" w14:textId="77777777" w:rsidR="005906A7" w:rsidRDefault="00E00710">
      <w:pPr>
        <w:spacing w:after="80"/>
      </w:pPr>
      <w:r>
        <w:rPr>
          <w:b/>
        </w:rPr>
        <w:t>Please tell us about any reasonable adjustments you would like us to consider for a meeting, selection process or the volunteer placement. (Optional)</w:t>
      </w:r>
    </w:p>
    <w:tbl>
      <w:tblPr>
        <w:tblW w:w="0" w:type="auto"/>
        <w:tblLook w:val="04A0" w:firstRow="1" w:lastRow="0" w:firstColumn="1" w:lastColumn="0" w:noHBand="0" w:noVBand="1"/>
      </w:tblPr>
      <w:tblGrid>
        <w:gridCol w:w="10224"/>
      </w:tblGrid>
      <w:tr w:rsidR="005906A7" w14:paraId="0DE4B5B7" w14:textId="77777777">
        <w:tc>
          <w:tcPr>
            <w:tcW w:w="10224" w:type="dxa"/>
            <w:tcMar>
              <w:top w:w="100" w:type="dxa"/>
              <w:left w:w="100" w:type="dxa"/>
              <w:bottom w:w="100" w:type="dxa"/>
              <w:right w:w="100" w:type="dxa"/>
            </w:tcMar>
          </w:tcPr>
          <w:p w14:paraId="66204FF1" w14:textId="77777777" w:rsidR="005906A7" w:rsidRDefault="00E00710">
            <w:r>
              <w:br/>
            </w:r>
            <w:r>
              <w:br/>
            </w:r>
          </w:p>
        </w:tc>
      </w:tr>
    </w:tbl>
    <w:p w14:paraId="2DBF0D7D" w14:textId="77777777" w:rsidR="005906A7" w:rsidRDefault="005906A7">
      <w:pPr>
        <w:spacing w:after="0"/>
      </w:pPr>
    </w:p>
    <w:tbl>
      <w:tblPr>
        <w:tblW w:w="0" w:type="auto"/>
        <w:tblLayout w:type="fixed"/>
        <w:tblLook w:val="04A0" w:firstRow="1" w:lastRow="0" w:firstColumn="1" w:lastColumn="0" w:noHBand="0" w:noVBand="1"/>
      </w:tblPr>
      <w:tblGrid>
        <w:gridCol w:w="10224"/>
      </w:tblGrid>
      <w:tr w:rsidR="005906A7" w14:paraId="0761A2D0" w14:textId="77777777">
        <w:tc>
          <w:tcPr>
            <w:tcW w:w="10224" w:type="dxa"/>
            <w:shd w:val="clear" w:color="auto" w:fill="5B2C83"/>
            <w:tcMar>
              <w:top w:w="90" w:type="dxa"/>
              <w:left w:w="100" w:type="dxa"/>
              <w:bottom w:w="90" w:type="dxa"/>
              <w:right w:w="100" w:type="dxa"/>
            </w:tcMar>
            <w:vAlign w:val="center"/>
          </w:tcPr>
          <w:p w14:paraId="4BDEE7B5" w14:textId="77777777" w:rsidR="005906A7" w:rsidRDefault="00E00710">
            <w:pPr>
              <w:spacing w:after="0"/>
            </w:pPr>
            <w:r>
              <w:rPr>
                <w:b/>
                <w:color w:val="FFFFFF"/>
                <w:sz w:val="24"/>
              </w:rPr>
              <w:t>8. Data protection</w:t>
            </w:r>
          </w:p>
        </w:tc>
      </w:tr>
    </w:tbl>
    <w:p w14:paraId="6B62F1B3" w14:textId="77777777" w:rsidR="005906A7" w:rsidRDefault="005906A7">
      <w:pPr>
        <w:spacing w:after="0"/>
      </w:pPr>
    </w:p>
    <w:p w14:paraId="2276CBB3" w14:textId="77777777" w:rsidR="005906A7" w:rsidRDefault="00E00710">
      <w:r>
        <w:t>The information on this form will be used to consider your application, complete safeguarding and suitability checks, arrange the volunteer placement, and maintain appropriate records. It will be handled in accordance with UK data protection law and the Trust’s applicable privacy notice and retention arrangements. Please do not include unnecessary special category or criminal offence information on this form.</w:t>
      </w:r>
    </w:p>
    <w:p w14:paraId="7002F705" w14:textId="4B4DC880" w:rsidR="005906A7" w:rsidRDefault="00DA6353">
      <w:pPr>
        <w:spacing w:after="60"/>
      </w:pPr>
      <w:sdt>
        <w:sdtPr>
          <w:rPr>
            <w:rFonts w:ascii="DejaVu Sans" w:hAnsi="DejaVu Sans"/>
          </w:rPr>
          <w:alias w:val="Checkbox"/>
          <w:tag w:val="converted_empty_square_1790691659523"/>
          <w:id w:val="561757617"/>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how the information in this form will be used for the volunteer application and safer recruitment process.</w:t>
      </w:r>
    </w:p>
    <w:tbl>
      <w:tblPr>
        <w:tblW w:w="0" w:type="auto"/>
        <w:tblLayout w:type="fixed"/>
        <w:tblLook w:val="04A0" w:firstRow="1" w:lastRow="0" w:firstColumn="1" w:lastColumn="0" w:noHBand="0" w:noVBand="1"/>
      </w:tblPr>
      <w:tblGrid>
        <w:gridCol w:w="10224"/>
      </w:tblGrid>
      <w:tr w:rsidR="005906A7" w14:paraId="5C7791E2" w14:textId="77777777">
        <w:tc>
          <w:tcPr>
            <w:tcW w:w="10224" w:type="dxa"/>
            <w:shd w:val="clear" w:color="auto" w:fill="5B2C83"/>
            <w:tcMar>
              <w:top w:w="90" w:type="dxa"/>
              <w:left w:w="100" w:type="dxa"/>
              <w:bottom w:w="90" w:type="dxa"/>
              <w:right w:w="100" w:type="dxa"/>
            </w:tcMar>
            <w:vAlign w:val="center"/>
          </w:tcPr>
          <w:p w14:paraId="602AF92D" w14:textId="77777777" w:rsidR="005906A7" w:rsidRDefault="00E00710">
            <w:pPr>
              <w:spacing w:after="0"/>
            </w:pPr>
            <w:r>
              <w:rPr>
                <w:b/>
                <w:color w:val="FFFFFF"/>
                <w:sz w:val="24"/>
              </w:rPr>
              <w:t>9. Applicant declaration</w:t>
            </w:r>
          </w:p>
        </w:tc>
      </w:tr>
    </w:tbl>
    <w:p w14:paraId="02F2C34E" w14:textId="77777777" w:rsidR="005906A7" w:rsidRDefault="005906A7">
      <w:pPr>
        <w:spacing w:after="0"/>
      </w:pPr>
    </w:p>
    <w:p w14:paraId="52C9CBBB" w14:textId="7930D0AF" w:rsidR="005906A7" w:rsidRDefault="00DA6353">
      <w:pPr>
        <w:spacing w:after="60"/>
      </w:pPr>
      <w:sdt>
        <w:sdtPr>
          <w:rPr>
            <w:rFonts w:ascii="DejaVu Sans" w:hAnsi="DejaVu Sans"/>
          </w:rPr>
          <w:alias w:val="Checkbox"/>
          <w:tag w:val="converted_empty_square_1790691659523"/>
          <w:id w:val="-674417394"/>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The information I have provided is complete and accurate to the best of my knowledge.</w:t>
      </w:r>
    </w:p>
    <w:p w14:paraId="4215B8E3" w14:textId="6C1AC10D" w:rsidR="005906A7" w:rsidRDefault="00DA6353">
      <w:pPr>
        <w:spacing w:after="60"/>
      </w:pPr>
      <w:sdt>
        <w:sdtPr>
          <w:rPr>
            <w:rFonts w:ascii="DejaVu Sans" w:hAnsi="DejaVu Sans"/>
          </w:rPr>
          <w:alias w:val="Checkbox"/>
          <w:tag w:val="converted_empty_square_1790691659523"/>
          <w:id w:val="-36670571"/>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that deliberately providing false information or omitting relevant information may result in my application being withdrawn or a volunteer placement being ended.</w:t>
      </w:r>
    </w:p>
    <w:p w14:paraId="511E89A7" w14:textId="69262375" w:rsidR="005906A7" w:rsidRDefault="00DA6353">
      <w:pPr>
        <w:spacing w:after="60"/>
      </w:pPr>
      <w:sdt>
        <w:sdtPr>
          <w:rPr>
            <w:rFonts w:ascii="DejaVu Sans" w:hAnsi="DejaVu Sans"/>
          </w:rPr>
          <w:alias w:val="Checkbox"/>
          <w:tag w:val="converted_empty_square_1790691659523"/>
          <w:id w:val="1886899971"/>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agree to follow the Trust’s and school’s safeguarding, confidentiality, data protection, health and safety, behaviour and code of conduct requirements.</w:t>
      </w:r>
    </w:p>
    <w:p w14:paraId="7B61D7CD" w14:textId="2B710C72" w:rsidR="005906A7" w:rsidRDefault="00DA6353">
      <w:pPr>
        <w:spacing w:after="60"/>
      </w:pPr>
      <w:sdt>
        <w:sdtPr>
          <w:rPr>
            <w:rFonts w:ascii="DejaVu Sans" w:hAnsi="DejaVu Sans"/>
          </w:rPr>
          <w:alias w:val="Checkbox"/>
          <w:tag w:val="converted_empty_square_1790691659523"/>
          <w:id w:val="-728998110"/>
          <w15:appearance w15:val="hidden"/>
          <w14:checkbox>
            <w14:checked w14:val="0"/>
            <w14:checkedState w14:val="2612" w14:font="MS Gothic"/>
            <w14:uncheckedState w14:val="2610" w14:font="MS Gothic"/>
          </w14:checkbox>
        </w:sdtPr>
        <w:sdtContent>
          <w:r>
            <w:rPr>
              <w:rFonts w:ascii="MS Gothic" w:eastAsia="MS Gothic" w:hAnsi="MS Gothic" w:hint="eastAsia"/>
            </w:rPr>
            <w:t>☐</w:t>
          </w:r>
        </w:sdtContent>
      </w:sdt>
      <w:r w:rsidR="00E00710">
        <w:rPr>
          <w:rFonts w:ascii="DejaVu Sans" w:hAnsi="DejaVu Sans"/>
        </w:rPr>
        <w:t xml:space="preserve">  I understand that volunteering is unpaid, does not create a contract of employment, and any agreed expenses are subject to prior approval and the relevant policy.</w:t>
      </w:r>
    </w:p>
    <w:tbl>
      <w:tblPr>
        <w:tblW w:w="0" w:type="auto"/>
        <w:tblLayout w:type="fixed"/>
        <w:tblLook w:val="04A0" w:firstRow="1" w:lastRow="0" w:firstColumn="1" w:lastColumn="0" w:noHBand="0" w:noVBand="1"/>
      </w:tblPr>
      <w:tblGrid>
        <w:gridCol w:w="3096"/>
        <w:gridCol w:w="6623"/>
      </w:tblGrid>
      <w:tr w:rsidR="005906A7" w14:paraId="2AE668E1" w14:textId="77777777">
        <w:trPr>
          <w:cantSplit/>
        </w:trPr>
        <w:tc>
          <w:tcPr>
            <w:tcW w:w="3096" w:type="dxa"/>
            <w:shd w:val="clear" w:color="auto" w:fill="F1EAF6"/>
            <w:tcMar>
              <w:top w:w="90" w:type="dxa"/>
              <w:left w:w="100" w:type="dxa"/>
              <w:bottom w:w="90" w:type="dxa"/>
              <w:right w:w="100" w:type="dxa"/>
            </w:tcMar>
            <w:vAlign w:val="center"/>
          </w:tcPr>
          <w:p w14:paraId="50CA87B1" w14:textId="77777777" w:rsidR="005906A7" w:rsidRDefault="00E00710">
            <w:pPr>
              <w:spacing w:after="0"/>
            </w:pPr>
            <w:r>
              <w:rPr>
                <w:b/>
                <w:sz w:val="18"/>
              </w:rPr>
              <w:t>Applicant signature</w:t>
            </w:r>
          </w:p>
        </w:tc>
        <w:tc>
          <w:tcPr>
            <w:tcW w:w="6623" w:type="dxa"/>
            <w:tcMar>
              <w:top w:w="90" w:type="dxa"/>
              <w:left w:w="100" w:type="dxa"/>
              <w:bottom w:w="90" w:type="dxa"/>
              <w:right w:w="100" w:type="dxa"/>
            </w:tcMar>
            <w:vAlign w:val="center"/>
          </w:tcPr>
          <w:p w14:paraId="7E235B9D" w14:textId="77777777" w:rsidR="005906A7" w:rsidRDefault="00E00710">
            <w:pPr>
              <w:spacing w:after="0"/>
            </w:pPr>
            <w:r>
              <w:rPr>
                <w:sz w:val="18"/>
              </w:rPr>
              <w:t xml:space="preserve"> </w:t>
            </w:r>
          </w:p>
        </w:tc>
      </w:tr>
      <w:tr w:rsidR="005906A7" w14:paraId="76C3D939" w14:textId="77777777">
        <w:trPr>
          <w:cantSplit/>
        </w:trPr>
        <w:tc>
          <w:tcPr>
            <w:tcW w:w="3096" w:type="dxa"/>
            <w:shd w:val="clear" w:color="auto" w:fill="F1EAF6"/>
            <w:tcMar>
              <w:top w:w="90" w:type="dxa"/>
              <w:left w:w="100" w:type="dxa"/>
              <w:bottom w:w="90" w:type="dxa"/>
              <w:right w:w="100" w:type="dxa"/>
            </w:tcMar>
            <w:vAlign w:val="center"/>
          </w:tcPr>
          <w:p w14:paraId="564F6F8C" w14:textId="77777777" w:rsidR="005906A7" w:rsidRDefault="00E00710">
            <w:pPr>
              <w:spacing w:after="0"/>
            </w:pPr>
            <w:r>
              <w:rPr>
                <w:b/>
                <w:sz w:val="18"/>
              </w:rPr>
              <w:t>Print name</w:t>
            </w:r>
          </w:p>
        </w:tc>
        <w:tc>
          <w:tcPr>
            <w:tcW w:w="6623" w:type="dxa"/>
            <w:tcMar>
              <w:top w:w="90" w:type="dxa"/>
              <w:left w:w="100" w:type="dxa"/>
              <w:bottom w:w="90" w:type="dxa"/>
              <w:right w:w="100" w:type="dxa"/>
            </w:tcMar>
            <w:vAlign w:val="center"/>
          </w:tcPr>
          <w:p w14:paraId="66AC4DF1" w14:textId="77777777" w:rsidR="005906A7" w:rsidRDefault="00E00710">
            <w:pPr>
              <w:spacing w:after="0"/>
            </w:pPr>
            <w:r>
              <w:rPr>
                <w:sz w:val="18"/>
              </w:rPr>
              <w:t xml:space="preserve"> </w:t>
            </w:r>
          </w:p>
        </w:tc>
      </w:tr>
      <w:tr w:rsidR="005906A7" w14:paraId="2CBE40DE" w14:textId="77777777">
        <w:trPr>
          <w:cantSplit/>
        </w:trPr>
        <w:tc>
          <w:tcPr>
            <w:tcW w:w="3096" w:type="dxa"/>
            <w:shd w:val="clear" w:color="auto" w:fill="F1EAF6"/>
            <w:tcMar>
              <w:top w:w="90" w:type="dxa"/>
              <w:left w:w="100" w:type="dxa"/>
              <w:bottom w:w="90" w:type="dxa"/>
              <w:right w:w="100" w:type="dxa"/>
            </w:tcMar>
            <w:vAlign w:val="center"/>
          </w:tcPr>
          <w:p w14:paraId="491072FA" w14:textId="77777777" w:rsidR="005906A7" w:rsidRDefault="00E00710">
            <w:pPr>
              <w:spacing w:after="0"/>
            </w:pPr>
            <w:r>
              <w:rPr>
                <w:b/>
                <w:sz w:val="18"/>
              </w:rPr>
              <w:t>Date</w:t>
            </w:r>
          </w:p>
        </w:tc>
        <w:tc>
          <w:tcPr>
            <w:tcW w:w="6623" w:type="dxa"/>
            <w:tcMar>
              <w:top w:w="90" w:type="dxa"/>
              <w:left w:w="100" w:type="dxa"/>
              <w:bottom w:w="90" w:type="dxa"/>
              <w:right w:w="100" w:type="dxa"/>
            </w:tcMar>
            <w:vAlign w:val="center"/>
          </w:tcPr>
          <w:p w14:paraId="131F8F3A" w14:textId="77777777" w:rsidR="005906A7" w:rsidRDefault="00E00710">
            <w:pPr>
              <w:spacing w:after="0"/>
            </w:pPr>
            <w:r>
              <w:rPr>
                <w:sz w:val="18"/>
              </w:rPr>
              <w:t xml:space="preserve"> </w:t>
            </w:r>
          </w:p>
        </w:tc>
      </w:tr>
    </w:tbl>
    <w:p w14:paraId="680A4E5D" w14:textId="77777777" w:rsidR="005906A7" w:rsidRDefault="005906A7">
      <w:pPr>
        <w:spacing w:after="0"/>
      </w:pPr>
    </w:p>
    <w:sectPr w:rsidR="005906A7" w:rsidSect="00034616">
      <w:headerReference w:type="even" r:id="rId11"/>
      <w:headerReference w:type="default" r:id="rId12"/>
      <w:footerReference w:type="even" r:id="rId13"/>
      <w:footerReference w:type="default" r:id="rId14"/>
      <w:headerReference w:type="first" r:id="rId15"/>
      <w:footerReference w:type="first" r:id="rId16"/>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BC38" w14:textId="77777777" w:rsidR="000F4761" w:rsidRDefault="000F4761">
      <w:pPr>
        <w:spacing w:after="0" w:line="240" w:lineRule="auto"/>
      </w:pPr>
      <w:r>
        <w:separator/>
      </w:r>
    </w:p>
  </w:endnote>
  <w:endnote w:type="continuationSeparator" w:id="0">
    <w:p w14:paraId="4670AEF8" w14:textId="77777777" w:rsidR="000F4761" w:rsidRDefault="000F4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2319" w14:textId="77777777" w:rsidR="00DA6353" w:rsidRDefault="00DA6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9E217" w14:textId="2A0D1BAB" w:rsidR="005906A7" w:rsidRDefault="00E00710">
    <w:pPr>
      <w:pStyle w:val="Footer"/>
      <w:jc w:val="right"/>
    </w:pPr>
    <w:r>
      <w:rPr>
        <w:sz w:val="16"/>
      </w:rPr>
      <w:t xml:space="preserve">Confidential when </w:t>
    </w:r>
    <w:proofErr w:type="spellStart"/>
    <w:r>
      <w:rPr>
        <w:sz w:val="16"/>
      </w:rPr>
      <w:t>completed</w:t>
    </w:r>
    <w:r>
      <w:rPr>
        <w:color w:val="666666"/>
        <w:sz w:val="16"/>
      </w:rPr>
      <w:t>Page</w:t>
    </w:r>
    <w:proofErr w:type="spellEnd"/>
    <w:r>
      <w:rPr>
        <w:color w:val="666666"/>
        <w:sz w:val="16"/>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5611" w14:textId="77777777" w:rsidR="00DA6353" w:rsidRDefault="00DA6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E619" w14:textId="77777777" w:rsidR="000F4761" w:rsidRDefault="000F4761">
      <w:pPr>
        <w:spacing w:after="0" w:line="240" w:lineRule="auto"/>
      </w:pPr>
      <w:r>
        <w:separator/>
      </w:r>
    </w:p>
  </w:footnote>
  <w:footnote w:type="continuationSeparator" w:id="0">
    <w:p w14:paraId="6AE51321" w14:textId="77777777" w:rsidR="000F4761" w:rsidRDefault="000F4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D672" w14:textId="77777777" w:rsidR="00DA6353" w:rsidRDefault="00DA63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AE93" w14:textId="2E17E308" w:rsidR="005906A7" w:rsidRDefault="1F5633E8">
    <w:pPr>
      <w:pStyle w:val="Header"/>
      <w:jc w:val="right"/>
    </w:pPr>
    <w:r w:rsidRPr="1F5633E8">
      <w:rPr>
        <w:b/>
        <w:bCs/>
        <w:color w:val="5B2C83"/>
        <w:sz w:val="16"/>
        <w:szCs w:val="16"/>
      </w:rPr>
      <w:t>AMETHYST ACADEMIES TRUST | VOLUNTEER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AE82" w14:textId="77777777" w:rsidR="00DA6353" w:rsidRDefault="00DA63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4026233">
    <w:abstractNumId w:val="8"/>
  </w:num>
  <w:num w:numId="2" w16cid:durableId="553811627">
    <w:abstractNumId w:val="6"/>
  </w:num>
  <w:num w:numId="3" w16cid:durableId="1821384068">
    <w:abstractNumId w:val="5"/>
  </w:num>
  <w:num w:numId="4" w16cid:durableId="621882352">
    <w:abstractNumId w:val="4"/>
  </w:num>
  <w:num w:numId="5" w16cid:durableId="40131063">
    <w:abstractNumId w:val="7"/>
  </w:num>
  <w:num w:numId="6" w16cid:durableId="2030135131">
    <w:abstractNumId w:val="3"/>
  </w:num>
  <w:num w:numId="7" w16cid:durableId="1387754351">
    <w:abstractNumId w:val="2"/>
  </w:num>
  <w:num w:numId="8" w16cid:durableId="1533761990">
    <w:abstractNumId w:val="1"/>
  </w:num>
  <w:num w:numId="9" w16cid:durableId="1123616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761"/>
    <w:rsid w:val="0015074B"/>
    <w:rsid w:val="0029639D"/>
    <w:rsid w:val="00326F90"/>
    <w:rsid w:val="00336A20"/>
    <w:rsid w:val="0053445E"/>
    <w:rsid w:val="005906A7"/>
    <w:rsid w:val="00AA1D8D"/>
    <w:rsid w:val="00B47730"/>
    <w:rsid w:val="00CB0664"/>
    <w:rsid w:val="00DA6353"/>
    <w:rsid w:val="00E00710"/>
    <w:rsid w:val="00FC693F"/>
    <w:rsid w:val="1F5633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E66B12B-1C87-4CD9-A19D-2E4EE568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F2140"/>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5B2C83"/>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5B2C8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366223-92c7-4f8b-8d2c-da82e0666f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A4C1F5A8FFB041A9A0C7C715E74513" ma:contentTypeVersion="12" ma:contentTypeDescription="Create a new document." ma:contentTypeScope="" ma:versionID="94ced0ce07d4a10998db942dce6e2a4c">
  <xsd:schema xmlns:xsd="http://www.w3.org/2001/XMLSchema" xmlns:xs="http://www.w3.org/2001/XMLSchema" xmlns:p="http://schemas.microsoft.com/office/2006/metadata/properties" xmlns:ns2="d5366223-92c7-4f8b-8d2c-da82e0666f60" targetNamespace="http://schemas.microsoft.com/office/2006/metadata/properties" ma:root="true" ma:fieldsID="c8fbe0f3682173c2be227f0746ce8acf" ns2:_="">
    <xsd:import namespace="d5366223-92c7-4f8b-8d2c-da82e0666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66223-92c7-4f8b-8d2c-da82e0666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739A9-6F01-4707-9E38-B53B6B805D20}">
  <ds:schemaRefs>
    <ds:schemaRef ds:uri="http://schemas.microsoft.com/office/2006/metadata/properties"/>
    <ds:schemaRef ds:uri="http://schemas.microsoft.com/office/infopath/2007/PartnerControls"/>
    <ds:schemaRef ds:uri="d5366223-92c7-4f8b-8d2c-da82e0666f60"/>
  </ds:schemaRefs>
</ds:datastoreItem>
</file>

<file path=customXml/itemProps2.xml><?xml version="1.0" encoding="utf-8"?>
<ds:datastoreItem xmlns:ds="http://schemas.openxmlformats.org/officeDocument/2006/customXml" ds:itemID="{3DC81086-545F-485C-91AA-8BF77C3950A8}">
  <ds:schemaRefs>
    <ds:schemaRef ds:uri="http://schemas.microsoft.com/sharepoint/v3/contenttype/forms"/>
  </ds:schemaRefs>
</ds:datastoreItem>
</file>

<file path=customXml/itemProps3.xml><?xml version="1.0" encoding="utf-8"?>
<ds:datastoreItem xmlns:ds="http://schemas.openxmlformats.org/officeDocument/2006/customXml" ds:itemID="{D0D0AC53-9BCC-4AD0-A028-B4A318141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66223-92c7-4f8b-8d2c-da82e0666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840</Words>
  <Characters>4789</Characters>
  <Application>Microsoft Office Word</Application>
  <DocSecurity>0</DocSecurity>
  <Lines>39</Lines>
  <Paragraphs>11</Paragraphs>
  <ScaleCrop>false</ScaleCrop>
  <Manager/>
  <Company/>
  <LinksUpToDate>false</LinksUpToDate>
  <CharactersWithSpaces>5618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 Form</dc:title>
  <dc:subject>Amethyst Academies Trust volunteer application and safer recruitment form</dc:subject>
  <dc:creator>Mrs J Lines</dc:creator>
  <cp:keywords/>
  <dc:description>generated by python-docx</dc:description>
  <cp:lastModifiedBy>C Rowney</cp:lastModifiedBy>
  <cp:revision>2</cp:revision>
  <dcterms:created xsi:type="dcterms:W3CDTF">2026-09-29T14:23:00Z</dcterms:created>
  <dcterms:modified xsi:type="dcterms:W3CDTF">2026-09-29T14:23:00Z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cd929e-24d9-498f-9d94-2061cd8dd2c8_Enabled">
    <vt:lpwstr>true</vt:lpwstr>
  </property>
  <property fmtid="{D5CDD505-2E9C-101B-9397-08002B2CF9AE}" pid="3" name="MSIP_Label_8dcd929e-24d9-498f-9d94-2061cd8dd2c8_SetDate">
    <vt:lpwstr>2026-09-29T07:27:42Z</vt:lpwstr>
  </property>
  <property fmtid="{D5CDD505-2E9C-101B-9397-08002B2CF9AE}" pid="4" name="MSIP_Label_8dcd929e-24d9-498f-9d94-2061cd8dd2c8_Method">
    <vt:lpwstr>Standard</vt:lpwstr>
  </property>
  <property fmtid="{D5CDD505-2E9C-101B-9397-08002B2CF9AE}" pid="5" name="MSIP_Label_8dcd929e-24d9-498f-9d94-2061cd8dd2c8_Name">
    <vt:lpwstr>Internal</vt:lpwstr>
  </property>
  <property fmtid="{D5CDD505-2E9C-101B-9397-08002B2CF9AE}" pid="6" name="MSIP_Label_8dcd929e-24d9-498f-9d94-2061cd8dd2c8_SiteId">
    <vt:lpwstr>18df5da7-a29e-4a94-bb9c-8ece57226027</vt:lpwstr>
  </property>
  <property fmtid="{D5CDD505-2E9C-101B-9397-08002B2CF9AE}" pid="7" name="MSIP_Label_8dcd929e-24d9-498f-9d94-2061cd8dd2c8_ActionId">
    <vt:lpwstr>c0551bb0-dfe3-4a22-89eb-4ce81a949ebd</vt:lpwstr>
  </property>
  <property fmtid="{D5CDD505-2E9C-101B-9397-08002B2CF9AE}" pid="8" name="MSIP_Label_8dcd929e-24d9-498f-9d94-2061cd8dd2c8_ContentBits">
    <vt:lpwstr>0</vt:lpwstr>
  </property>
  <property fmtid="{D5CDD505-2E9C-101B-9397-08002B2CF9AE}" pid="9" name="ContentTypeId">
    <vt:lpwstr>0x010100DEA4C1F5A8FFB041A9A0C7C715E74513</vt:lpwstr>
  </property>
</Properties>
</file>